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1BD24" w14:textId="6E6F56DB" w:rsidR="008E5AE1" w:rsidRPr="00293BF1" w:rsidRDefault="008E5AE1" w:rsidP="008E5AE1">
      <w:pPr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>202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6-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>202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 xml:space="preserve">7 </w:t>
      </w:r>
      <w:r w:rsidR="005E5A64">
        <w:rPr>
          <w:rFonts w:asciiTheme="majorHAnsi" w:hAnsiTheme="majorHAnsi" w:cstheme="majorHAnsi"/>
          <w:b/>
          <w:bCs/>
          <w:color w:val="4C6C62"/>
          <w:sz w:val="28"/>
          <w:szCs w:val="28"/>
        </w:rPr>
        <w:t xml:space="preserve">Undergraduate 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>Tuition Chart</w:t>
      </w:r>
    </w:p>
    <w:tbl>
      <w:tblPr>
        <w:tblStyle w:val="PlainTable3"/>
        <w:tblpPr w:leftFromText="180" w:rightFromText="180" w:vertAnchor="text" w:horzAnchor="margin" w:tblpY="84"/>
        <w:tblW w:w="9805" w:type="dxa"/>
        <w:tblLook w:val="04A0" w:firstRow="1" w:lastRow="0" w:firstColumn="1" w:lastColumn="0" w:noHBand="0" w:noVBand="1"/>
      </w:tblPr>
      <w:tblGrid>
        <w:gridCol w:w="4315"/>
        <w:gridCol w:w="2790"/>
        <w:gridCol w:w="2700"/>
      </w:tblGrid>
      <w:tr w:rsidR="008E5AE1" w14:paraId="794B5987" w14:textId="77777777" w:rsidTr="006644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1DB7A" w14:textId="77777777" w:rsidR="008E5AE1" w:rsidRPr="00CB0C3D" w:rsidRDefault="008E5AE1" w:rsidP="006644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sz w:val="24"/>
                <w:szCs w:val="24"/>
              </w:rPr>
              <w:t>Category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DC983" w14:textId="77777777" w:rsidR="008E5AE1" w:rsidRPr="00B23AF5" w:rsidRDefault="008E5AE1" w:rsidP="006644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Full Time (12+ Credits)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87989" w14:textId="77777777" w:rsidR="008E5AE1" w:rsidRPr="00B23AF5" w:rsidRDefault="008E5AE1" w:rsidP="006644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 xml:space="preserve">Part Time (Per Credit) </w:t>
            </w:r>
          </w:p>
        </w:tc>
      </w:tr>
      <w:tr w:rsidR="008E5AE1" w14:paraId="28F60157" w14:textId="77777777" w:rsidTr="00331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8B4C" w14:textId="77777777" w:rsidR="008E5AE1" w:rsidRPr="00B23AF5" w:rsidRDefault="008E5AE1" w:rsidP="006644BA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Undergraduate NYS Resident</w:t>
            </w: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DB2C" w14:textId="77777777" w:rsidR="008E5AE1" w:rsidRPr="00B23AF5" w:rsidRDefault="008E5AE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$3,535.00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E46D" w14:textId="77777777" w:rsidR="008E5AE1" w:rsidRPr="00B23AF5" w:rsidRDefault="008E5AE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$295.00</w:t>
            </w:r>
          </w:p>
        </w:tc>
      </w:tr>
      <w:tr w:rsidR="008E5AE1" w14:paraId="78F7AA44" w14:textId="77777777" w:rsidTr="00331BA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34FC" w14:textId="77777777" w:rsidR="008E5AE1" w:rsidRPr="00B23AF5" w:rsidRDefault="008E5AE1" w:rsidP="006644BA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Undergraduate Non-NYS Resident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5ADF" w14:textId="77777777" w:rsidR="008E5AE1" w:rsidRPr="00B23AF5" w:rsidRDefault="008E5AE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$8,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780.00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071D" w14:textId="77777777" w:rsidR="008E5AE1" w:rsidRPr="00B23AF5" w:rsidRDefault="008E5AE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$7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32</w:t>
            </w: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</w:p>
        </w:tc>
      </w:tr>
    </w:tbl>
    <w:p w14:paraId="75C5CC3E" w14:textId="77777777" w:rsidR="008E5AE1" w:rsidRDefault="008E5AE1" w:rsidP="005E5A64">
      <w:pPr>
        <w:spacing w:after="0"/>
        <w:jc w:val="center"/>
        <w:rPr>
          <w:rFonts w:asciiTheme="majorHAnsi" w:hAnsiTheme="majorHAnsi" w:cstheme="majorHAnsi"/>
          <w:b/>
          <w:bCs/>
          <w:color w:val="4C6C62"/>
          <w:sz w:val="28"/>
          <w:szCs w:val="28"/>
        </w:rPr>
      </w:pPr>
    </w:p>
    <w:p w14:paraId="40395472" w14:textId="0E748A67" w:rsidR="008E5AE1" w:rsidRPr="009429D9" w:rsidRDefault="008E5AE1" w:rsidP="008E5AE1">
      <w:pPr>
        <w:rPr>
          <w:rFonts w:asciiTheme="majorHAnsi" w:hAnsiTheme="majorHAnsi" w:cstheme="majorHAnsi"/>
          <w:b/>
          <w:bCs/>
          <w:color w:val="4C6C62"/>
          <w:sz w:val="28"/>
          <w:szCs w:val="28"/>
        </w:rPr>
      </w:pP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>202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6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>-202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7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 xml:space="preserve"> 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Fee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 xml:space="preserve"> Chart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3438"/>
        <w:gridCol w:w="2700"/>
        <w:gridCol w:w="2880"/>
      </w:tblGrid>
      <w:tr w:rsidR="008E5AE1" w:rsidRPr="00B23AF5" w14:paraId="7DCACC75" w14:textId="77777777" w:rsidTr="00B92A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5EDF" w14:textId="77777777" w:rsidR="008E5AE1" w:rsidRPr="00B23AF5" w:rsidRDefault="008E5AE1" w:rsidP="006644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Fee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697976" w14:textId="77777777" w:rsidR="008E5AE1" w:rsidRPr="00B23AF5" w:rsidRDefault="008E5AE1" w:rsidP="006644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Full Time (12+ Credits)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585CD" w14:textId="77777777" w:rsidR="008E5AE1" w:rsidRPr="00B23AF5" w:rsidRDefault="008E5AE1" w:rsidP="006644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 xml:space="preserve">Part Time (Per Credit) </w:t>
            </w:r>
          </w:p>
        </w:tc>
      </w:tr>
      <w:tr w:rsidR="008E5AE1" w:rsidRPr="00B23AF5" w14:paraId="0F12E55C" w14:textId="77777777" w:rsidTr="00B92A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128D2D" w14:textId="77777777" w:rsidR="008E5AE1" w:rsidRPr="00B23AF5" w:rsidRDefault="008E5AE1" w:rsidP="006644BA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College Fee</w:t>
            </w: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14:paraId="2ABEEE1C" w14:textId="77777777" w:rsidR="008E5AE1" w:rsidRPr="00B23AF5" w:rsidRDefault="008E5AE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$25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7E30" w14:textId="77777777" w:rsidR="008E5AE1" w:rsidRPr="00B23AF5" w:rsidRDefault="008E5AE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$1.70</w:t>
            </w:r>
          </w:p>
        </w:tc>
      </w:tr>
      <w:tr w:rsidR="008E5AE1" w:rsidRPr="00B23AF5" w14:paraId="68F281C1" w14:textId="77777777" w:rsidTr="00331BA8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5BFE1" w14:textId="77777777" w:rsidR="008E5AE1" w:rsidRPr="00B23AF5" w:rsidRDefault="008E5AE1" w:rsidP="006644BA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Technology Fee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0331" w14:textId="77777777" w:rsidR="008E5AE1" w:rsidRPr="00B23AF5" w:rsidRDefault="008E5AE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222.00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2A39" w14:textId="77777777" w:rsidR="008E5AE1" w:rsidRPr="00B23AF5" w:rsidRDefault="008E5AE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$18.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50</w:t>
            </w:r>
          </w:p>
        </w:tc>
      </w:tr>
      <w:tr w:rsidR="008E5AE1" w:rsidRPr="00B23AF5" w14:paraId="707388D1" w14:textId="77777777" w:rsidTr="00331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8BA08" w14:textId="77777777" w:rsidR="008E5AE1" w:rsidRPr="00B23AF5" w:rsidRDefault="008E5AE1" w:rsidP="006644BA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 xml:space="preserve">Intercollegiate </w:t>
            </w: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Athletic Fee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947B" w14:textId="77777777" w:rsidR="008E5AE1" w:rsidRPr="00B23AF5" w:rsidRDefault="008E5AE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$2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08C6" w14:textId="77777777" w:rsidR="008E5AE1" w:rsidRPr="00B23AF5" w:rsidRDefault="008E5AE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$17.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9</w:t>
            </w: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0</w:t>
            </w:r>
          </w:p>
        </w:tc>
      </w:tr>
      <w:tr w:rsidR="008E5AE1" w:rsidRPr="00B23AF5" w14:paraId="39F14DA1" w14:textId="77777777" w:rsidTr="006644B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4A18E" w14:textId="77777777" w:rsidR="008E5AE1" w:rsidRPr="00B23AF5" w:rsidRDefault="008E5AE1" w:rsidP="006644BA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Health Service Fee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8028" w14:textId="77777777" w:rsidR="008E5AE1" w:rsidRPr="00B23AF5" w:rsidRDefault="008E5AE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172.00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185" w14:textId="77777777" w:rsidR="008E5AE1" w:rsidRPr="00B23AF5" w:rsidRDefault="008E5AE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14.30</w:t>
            </w:r>
          </w:p>
        </w:tc>
      </w:tr>
      <w:tr w:rsidR="008E5AE1" w:rsidRPr="00B23AF5" w14:paraId="65D5B25C" w14:textId="77777777" w:rsidTr="00331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BE9CF" w14:textId="77777777" w:rsidR="008E5AE1" w:rsidRPr="00B23AF5" w:rsidRDefault="008E5AE1" w:rsidP="006644BA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Student Activity Fee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9F9E" w14:textId="77777777" w:rsidR="008E5AE1" w:rsidRPr="00B23AF5" w:rsidRDefault="008E5AE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$100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15CA" w14:textId="77777777" w:rsidR="008E5AE1" w:rsidRPr="00B23AF5" w:rsidRDefault="008E5AE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$8.00</w:t>
            </w:r>
          </w:p>
        </w:tc>
      </w:tr>
      <w:tr w:rsidR="008E5AE1" w:rsidRPr="00B23AF5" w14:paraId="7591890A" w14:textId="77777777" w:rsidTr="00331BA8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8544E" w14:textId="77777777" w:rsidR="008E5AE1" w:rsidRPr="00B23AF5" w:rsidRDefault="008E5AE1" w:rsidP="006644BA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Recreation Fee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08DA" w14:textId="77777777" w:rsidR="008E5AE1" w:rsidRPr="00B23AF5" w:rsidRDefault="008E5AE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$10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8F35" w14:textId="77777777" w:rsidR="008E5AE1" w:rsidRPr="00B23AF5" w:rsidRDefault="008E5AE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$0.80</w:t>
            </w:r>
          </w:p>
        </w:tc>
      </w:tr>
      <w:tr w:rsidR="008E5AE1" w:rsidRPr="00B23AF5" w14:paraId="56883AB2" w14:textId="77777777" w:rsidTr="00293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34BF3" w14:textId="77777777" w:rsidR="008E5AE1" w:rsidRPr="00B23AF5" w:rsidRDefault="008E5AE1" w:rsidP="006644BA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Transportation Fee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AB48" w14:textId="77777777" w:rsidR="008E5AE1" w:rsidRPr="00B23AF5" w:rsidRDefault="008E5AE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$2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4.00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A254" w14:textId="77777777" w:rsidR="008E5AE1" w:rsidRPr="00B23AF5" w:rsidRDefault="008E5AE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2.00</w:t>
            </w:r>
          </w:p>
        </w:tc>
      </w:tr>
      <w:tr w:rsidR="008E5AE1" w:rsidRPr="00B23AF5" w14:paraId="3313CBDF" w14:textId="77777777" w:rsidTr="004B336C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091C2" w14:textId="77777777" w:rsidR="008E5AE1" w:rsidRPr="00B23AF5" w:rsidRDefault="008E5AE1" w:rsidP="006644BA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Transcript Fee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AA2D" w14:textId="77777777" w:rsidR="008E5AE1" w:rsidRPr="00B23AF5" w:rsidRDefault="008E5AE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$10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4CFF" w14:textId="77777777" w:rsidR="008E5AE1" w:rsidRPr="00B23AF5" w:rsidRDefault="008E5AE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</w:tr>
      <w:tr w:rsidR="008E5AE1" w:rsidRPr="00B23AF5" w14:paraId="37081459" w14:textId="77777777" w:rsidTr="00293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419FA" w14:textId="6F132CA5" w:rsidR="008E5AE1" w:rsidRPr="00B23AF5" w:rsidRDefault="008E5AE1" w:rsidP="006644BA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Orientation fee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81E8" w14:textId="65E43F63" w:rsidR="008E5AE1" w:rsidRPr="00B23AF5" w:rsidRDefault="008E5AE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$1</w:t>
            </w:r>
            <w:r w:rsidR="00684F12">
              <w:rPr>
                <w:rFonts w:asciiTheme="majorHAnsi" w:hAnsiTheme="majorHAnsi" w:cstheme="majorHAnsi"/>
                <w:sz w:val="24"/>
                <w:szCs w:val="24"/>
              </w:rPr>
              <w:t>00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8550" w14:textId="4CF369BC" w:rsidR="008E5AE1" w:rsidRPr="00B23AF5" w:rsidRDefault="008E5AE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</w:tr>
    </w:tbl>
    <w:p w14:paraId="1980FFCF" w14:textId="36DC4E29" w:rsidR="008E5AE1" w:rsidRDefault="008E5AE1" w:rsidP="008E5AE1">
      <w:pPr>
        <w:rPr>
          <w:rFonts w:asciiTheme="majorHAnsi" w:hAnsiTheme="majorHAnsi" w:cstheme="majorHAnsi"/>
          <w:b/>
          <w:bCs/>
          <w:color w:val="4C6C62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*</w:t>
      </w:r>
      <w:r w:rsidRPr="008E5AE1">
        <w:rPr>
          <w:rFonts w:asciiTheme="majorHAnsi" w:hAnsiTheme="majorHAnsi" w:cstheme="majorHAnsi"/>
          <w:b/>
          <w:bCs/>
          <w:color w:val="4C6C62"/>
          <w:sz w:val="24"/>
          <w:szCs w:val="24"/>
        </w:rPr>
        <w:t xml:space="preserve">Transcript Fee </w:t>
      </w:r>
      <w:r>
        <w:rPr>
          <w:rFonts w:asciiTheme="majorHAnsi" w:hAnsiTheme="majorHAnsi" w:cstheme="majorHAnsi"/>
          <w:b/>
          <w:bCs/>
          <w:color w:val="4C6C62"/>
          <w:sz w:val="24"/>
          <w:szCs w:val="24"/>
        </w:rPr>
        <w:t>and Orientation Fee</w:t>
      </w:r>
      <w:r w:rsidRPr="008E5AE1">
        <w:rPr>
          <w:rFonts w:asciiTheme="majorHAnsi" w:hAnsiTheme="majorHAnsi" w:cstheme="majorHAnsi"/>
          <w:b/>
          <w:bCs/>
          <w:color w:val="4C6C62"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color w:val="4C6C62"/>
          <w:sz w:val="24"/>
          <w:szCs w:val="24"/>
        </w:rPr>
        <w:t xml:space="preserve">are </w:t>
      </w:r>
      <w:r w:rsidRPr="008E5AE1">
        <w:rPr>
          <w:rFonts w:asciiTheme="majorHAnsi" w:hAnsiTheme="majorHAnsi" w:cstheme="majorHAnsi"/>
          <w:b/>
          <w:bCs/>
          <w:color w:val="4C6C62"/>
          <w:sz w:val="24"/>
          <w:szCs w:val="24"/>
        </w:rPr>
        <w:t>charged per semester, not per credit</w:t>
      </w:r>
    </w:p>
    <w:p w14:paraId="04E25ADB" w14:textId="22DE9A07" w:rsidR="008E5AE1" w:rsidRPr="009429D9" w:rsidRDefault="008E5AE1" w:rsidP="008E5AE1">
      <w:pPr>
        <w:rPr>
          <w:rFonts w:asciiTheme="majorHAnsi" w:hAnsiTheme="majorHAnsi" w:cstheme="majorHAnsi"/>
          <w:b/>
          <w:bCs/>
          <w:color w:val="4C6C62"/>
          <w:sz w:val="28"/>
          <w:szCs w:val="28"/>
        </w:rPr>
      </w:pP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>202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6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>-202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7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 xml:space="preserve"> 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Room and Meal Plan Rates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E5AE1" w:rsidRPr="00B23AF5" w14:paraId="4D87BBE6" w14:textId="77777777" w:rsidTr="006644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42EF0" w14:textId="77777777" w:rsidR="008E5AE1" w:rsidRPr="00CB0C3D" w:rsidRDefault="008E5AE1" w:rsidP="006644B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sz w:val="24"/>
                <w:szCs w:val="24"/>
              </w:rPr>
              <w:t>Room Type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9B3E8" w14:textId="77777777" w:rsidR="008E5AE1" w:rsidRPr="00CB0C3D" w:rsidRDefault="008E5AE1" w:rsidP="006644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sz w:val="24"/>
                <w:szCs w:val="24"/>
              </w:rPr>
              <w:t>rates</w:t>
            </w:r>
          </w:p>
        </w:tc>
      </w:tr>
      <w:tr w:rsidR="008E5AE1" w:rsidRPr="00B23AF5" w14:paraId="49FFEAEC" w14:textId="77777777" w:rsidTr="00664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409E" w14:textId="77777777" w:rsidR="008E5AE1" w:rsidRPr="00CB0C3D" w:rsidRDefault="008E5AE1" w:rsidP="006644BA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Single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D3FA" w14:textId="57E3501E" w:rsidR="008E5AE1" w:rsidRPr="00CB0C3D" w:rsidRDefault="008E5AE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 w:rsidR="00A21218">
              <w:rPr>
                <w:rFonts w:asciiTheme="majorHAnsi" w:hAnsiTheme="majorHAnsi" w:cstheme="majorHAnsi"/>
                <w:sz w:val="24"/>
                <w:szCs w:val="24"/>
              </w:rPr>
              <w:t>5,418.00</w:t>
            </w:r>
          </w:p>
        </w:tc>
      </w:tr>
      <w:tr w:rsidR="008E5AE1" w:rsidRPr="00B23AF5" w14:paraId="1D46D782" w14:textId="77777777" w:rsidTr="006644BA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360C" w14:textId="77777777" w:rsidR="008E5AE1" w:rsidRPr="00CB0C3D" w:rsidRDefault="008E5AE1" w:rsidP="006644BA">
            <w:pPr>
              <w:tabs>
                <w:tab w:val="left" w:pos="1290"/>
              </w:tabs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Double</w:t>
            </w:r>
            <w:r w:rsidRPr="00CB0C3D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ab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7427" w14:textId="58E4BFF5" w:rsidR="008E5AE1" w:rsidRPr="00CB0C3D" w:rsidRDefault="008E5AE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4,</w:t>
            </w:r>
            <w:r w:rsidR="00A21218">
              <w:rPr>
                <w:rFonts w:asciiTheme="majorHAnsi" w:hAnsiTheme="majorHAnsi" w:cstheme="majorHAnsi"/>
                <w:sz w:val="24"/>
                <w:szCs w:val="24"/>
              </w:rPr>
              <w:t>829.00</w:t>
            </w:r>
          </w:p>
        </w:tc>
      </w:tr>
      <w:tr w:rsidR="008E5AE1" w:rsidRPr="00B23AF5" w14:paraId="7D5D3DB1" w14:textId="77777777" w:rsidTr="00664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659D0" w14:textId="77777777" w:rsidR="008E5AE1" w:rsidRPr="00CB0C3D" w:rsidRDefault="008E5AE1" w:rsidP="006644BA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Triple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05441" w14:textId="22B93274" w:rsidR="008E5AE1" w:rsidRPr="00CB0C3D" w:rsidRDefault="008E5AE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4,</w:t>
            </w:r>
            <w:r w:rsidR="00A21218">
              <w:rPr>
                <w:rFonts w:asciiTheme="majorHAnsi" w:hAnsiTheme="majorHAnsi" w:cstheme="majorHAnsi"/>
                <w:sz w:val="24"/>
                <w:szCs w:val="24"/>
              </w:rPr>
              <w:t>142.00</w:t>
            </w:r>
          </w:p>
        </w:tc>
      </w:tr>
      <w:tr w:rsidR="008E5AE1" w:rsidRPr="00B23AF5" w14:paraId="7A4B7179" w14:textId="77777777" w:rsidTr="006644BA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A7B5" w14:textId="77777777" w:rsidR="008E5AE1" w:rsidRPr="00CB0C3D" w:rsidRDefault="008E5AE1" w:rsidP="006644BA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Meal Plan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C710" w14:textId="162A1F07" w:rsidR="004B336C" w:rsidRPr="00CB0C3D" w:rsidRDefault="008E5AE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 w:rsidR="004B336C">
              <w:rPr>
                <w:rFonts w:asciiTheme="majorHAnsi" w:hAnsiTheme="majorHAnsi" w:cstheme="majorHAnsi"/>
                <w:sz w:val="24"/>
                <w:szCs w:val="24"/>
              </w:rPr>
              <w:t>3,</w:t>
            </w:r>
            <w:r w:rsidR="00A21218">
              <w:rPr>
                <w:rFonts w:asciiTheme="majorHAnsi" w:hAnsiTheme="majorHAnsi" w:cstheme="majorHAnsi"/>
                <w:sz w:val="24"/>
                <w:szCs w:val="24"/>
              </w:rPr>
              <w:t>099.00</w:t>
            </w:r>
          </w:p>
        </w:tc>
      </w:tr>
      <w:tr w:rsidR="008E5AE1" w:rsidRPr="00B23AF5" w14:paraId="057AE47A" w14:textId="77777777" w:rsidTr="00293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25CB" w14:textId="77777777" w:rsidR="008E5AE1" w:rsidRPr="00CB0C3D" w:rsidRDefault="008E5AE1" w:rsidP="006644BA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Meal Plan – All Access VIP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B9E2" w14:textId="42D576B1" w:rsidR="008E5AE1" w:rsidRDefault="008E5AE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$3,</w:t>
            </w:r>
            <w:r w:rsidR="004B336C">
              <w:rPr>
                <w:rFonts w:asciiTheme="majorHAnsi" w:hAnsiTheme="majorHAnsi" w:cstheme="majorHAnsi"/>
                <w:sz w:val="24"/>
                <w:szCs w:val="24"/>
              </w:rPr>
              <w:t>230.00</w:t>
            </w:r>
          </w:p>
        </w:tc>
      </w:tr>
      <w:tr w:rsidR="008E5AE1" w:rsidRPr="00B23AF5" w14:paraId="1CA3BD66" w14:textId="77777777" w:rsidTr="00293BF1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D9D6" w14:textId="77777777" w:rsidR="008E5AE1" w:rsidRPr="00CB0C3D" w:rsidRDefault="008E5AE1" w:rsidP="006644BA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Meal Plan – weekly 14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C574" w14:textId="4169398B" w:rsidR="004B336C" w:rsidRDefault="008E5AE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 w:rsidR="004B336C">
              <w:rPr>
                <w:rFonts w:asciiTheme="majorHAnsi" w:hAnsiTheme="majorHAnsi" w:cstheme="majorHAnsi"/>
                <w:sz w:val="24"/>
                <w:szCs w:val="24"/>
              </w:rPr>
              <w:t>3,093.00</w:t>
            </w:r>
          </w:p>
        </w:tc>
      </w:tr>
      <w:tr w:rsidR="008E5AE1" w:rsidRPr="00B23AF5" w14:paraId="66642A53" w14:textId="77777777" w:rsidTr="00331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A5C1" w14:textId="77777777" w:rsidR="008E5AE1" w:rsidRPr="00CB0C3D" w:rsidRDefault="008E5AE1" w:rsidP="006644BA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 xml:space="preserve">Common Area Damage Deposit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C3B0" w14:textId="77777777" w:rsidR="008E5AE1" w:rsidRPr="00CB0C3D" w:rsidRDefault="008E5AE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$75.00</w:t>
            </w:r>
          </w:p>
        </w:tc>
      </w:tr>
      <w:tr w:rsidR="008E5AE1" w:rsidRPr="00B23AF5" w14:paraId="0FE8DCA2" w14:textId="77777777" w:rsidTr="006644BA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A7DE" w14:textId="77777777" w:rsidR="008E5AE1" w:rsidRPr="00CB0C3D" w:rsidRDefault="008E5AE1" w:rsidP="006644BA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 xml:space="preserve">Room Damage Deposit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B0D6" w14:textId="77777777" w:rsidR="008E5AE1" w:rsidRPr="00CB0C3D" w:rsidRDefault="008E5AE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$100.00</w:t>
            </w:r>
          </w:p>
        </w:tc>
      </w:tr>
    </w:tbl>
    <w:p w14:paraId="6943C3ED" w14:textId="77777777" w:rsidR="00293BF1" w:rsidRDefault="00293BF1" w:rsidP="00293BF1">
      <w:pPr>
        <w:spacing w:after="0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</w:p>
    <w:p w14:paraId="77665118" w14:textId="02738DD0" w:rsidR="00293BF1" w:rsidRPr="00D35CDF" w:rsidRDefault="00293BF1" w:rsidP="00293BF1">
      <w:pPr>
        <w:spacing w:after="0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D35CDF">
        <w:rPr>
          <w:rFonts w:asciiTheme="majorHAnsi" w:hAnsiTheme="majorHAnsi" w:cstheme="majorHAnsi"/>
          <w:b/>
          <w:bCs/>
          <w:color w:val="4C6C62"/>
          <w:sz w:val="24"/>
          <w:szCs w:val="24"/>
        </w:rPr>
        <w:t>International Student Insurance (202</w:t>
      </w:r>
      <w:r>
        <w:rPr>
          <w:rFonts w:asciiTheme="majorHAnsi" w:hAnsiTheme="majorHAnsi" w:cstheme="majorHAnsi"/>
          <w:b/>
          <w:bCs/>
          <w:color w:val="4C6C62"/>
          <w:sz w:val="24"/>
          <w:szCs w:val="24"/>
        </w:rPr>
        <w:t>6</w:t>
      </w:r>
      <w:r w:rsidRPr="00D35CDF">
        <w:rPr>
          <w:rFonts w:asciiTheme="majorHAnsi" w:hAnsiTheme="majorHAnsi" w:cstheme="majorHAnsi"/>
          <w:b/>
          <w:bCs/>
          <w:color w:val="4C6C62"/>
          <w:sz w:val="24"/>
          <w:szCs w:val="24"/>
        </w:rPr>
        <w:t>-202</w:t>
      </w:r>
      <w:r>
        <w:rPr>
          <w:rFonts w:asciiTheme="majorHAnsi" w:hAnsiTheme="majorHAnsi" w:cstheme="majorHAnsi"/>
          <w:b/>
          <w:bCs/>
          <w:color w:val="4C6C62"/>
          <w:sz w:val="24"/>
          <w:szCs w:val="24"/>
        </w:rPr>
        <w:t>7</w:t>
      </w:r>
      <w:r w:rsidRPr="00D35CDF">
        <w:rPr>
          <w:rFonts w:asciiTheme="majorHAnsi" w:hAnsiTheme="majorHAnsi" w:cstheme="majorHAnsi"/>
          <w:b/>
          <w:bCs/>
          <w:color w:val="4C6C62"/>
          <w:sz w:val="24"/>
          <w:szCs w:val="24"/>
        </w:rPr>
        <w:t>)</w:t>
      </w:r>
    </w:p>
    <w:p w14:paraId="2B4209F8" w14:textId="57FCBEE5" w:rsidR="00293BF1" w:rsidRDefault="00293BF1" w:rsidP="00293BF1">
      <w:pPr>
        <w:pStyle w:val="ListParagraph"/>
        <w:numPr>
          <w:ilvl w:val="0"/>
          <w:numId w:val="12"/>
        </w:numPr>
        <w:spacing w:after="0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D35CDF">
        <w:rPr>
          <w:rFonts w:asciiTheme="majorHAnsi" w:hAnsiTheme="majorHAnsi" w:cstheme="majorHAnsi"/>
          <w:b/>
          <w:bCs/>
          <w:color w:val="4C6C62"/>
          <w:sz w:val="24"/>
          <w:szCs w:val="24"/>
        </w:rPr>
        <w:t>Fall 202</w:t>
      </w:r>
      <w:r>
        <w:rPr>
          <w:rFonts w:asciiTheme="majorHAnsi" w:hAnsiTheme="majorHAnsi" w:cstheme="majorHAnsi"/>
          <w:b/>
          <w:bCs/>
          <w:color w:val="4C6C62"/>
          <w:sz w:val="24"/>
          <w:szCs w:val="24"/>
        </w:rPr>
        <w:t>6</w:t>
      </w:r>
      <w:r w:rsidRPr="00D35CDF">
        <w:rPr>
          <w:rFonts w:asciiTheme="majorHAnsi" w:hAnsiTheme="majorHAnsi" w:cstheme="majorHAnsi"/>
          <w:b/>
          <w:bCs/>
          <w:color w:val="4C6C62"/>
          <w:sz w:val="24"/>
          <w:szCs w:val="24"/>
        </w:rPr>
        <w:t>: $</w:t>
      </w:r>
      <w:r w:rsidR="000B69DC">
        <w:rPr>
          <w:rFonts w:asciiTheme="majorHAnsi" w:hAnsiTheme="majorHAnsi" w:cstheme="majorHAnsi"/>
          <w:b/>
          <w:bCs/>
          <w:color w:val="4C6C62"/>
          <w:sz w:val="24"/>
          <w:szCs w:val="24"/>
        </w:rPr>
        <w:t>1,006.73</w:t>
      </w:r>
    </w:p>
    <w:p w14:paraId="1F853980" w14:textId="2E2691EA" w:rsidR="00293BF1" w:rsidRDefault="00293BF1" w:rsidP="00293BF1">
      <w:pPr>
        <w:pStyle w:val="ListParagraph"/>
        <w:numPr>
          <w:ilvl w:val="0"/>
          <w:numId w:val="12"/>
        </w:numPr>
        <w:spacing w:after="0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D35CDF">
        <w:rPr>
          <w:rFonts w:asciiTheme="majorHAnsi" w:hAnsiTheme="majorHAnsi" w:cstheme="majorHAnsi"/>
          <w:b/>
          <w:bCs/>
          <w:color w:val="4C6C62"/>
          <w:sz w:val="24"/>
          <w:szCs w:val="24"/>
        </w:rPr>
        <w:t>Spring 202</w:t>
      </w:r>
      <w:r>
        <w:rPr>
          <w:rFonts w:asciiTheme="majorHAnsi" w:hAnsiTheme="majorHAnsi" w:cstheme="majorHAnsi"/>
          <w:b/>
          <w:bCs/>
          <w:color w:val="4C6C62"/>
          <w:sz w:val="24"/>
          <w:szCs w:val="24"/>
        </w:rPr>
        <w:t>7</w:t>
      </w:r>
      <w:r w:rsidRPr="00D35CDF">
        <w:rPr>
          <w:rFonts w:asciiTheme="majorHAnsi" w:hAnsiTheme="majorHAnsi" w:cstheme="majorHAnsi"/>
          <w:b/>
          <w:bCs/>
          <w:color w:val="4C6C62"/>
          <w:sz w:val="24"/>
          <w:szCs w:val="24"/>
        </w:rPr>
        <w:t>: $</w:t>
      </w:r>
      <w:r w:rsidR="000B69DC">
        <w:rPr>
          <w:rFonts w:asciiTheme="majorHAnsi" w:hAnsiTheme="majorHAnsi" w:cstheme="majorHAnsi"/>
          <w:b/>
          <w:bCs/>
          <w:color w:val="4C6C62"/>
          <w:sz w:val="24"/>
          <w:szCs w:val="24"/>
        </w:rPr>
        <w:t>994.79</w:t>
      </w:r>
      <w:r w:rsidRPr="00D35CDF">
        <w:rPr>
          <w:rFonts w:asciiTheme="majorHAnsi" w:hAnsiTheme="majorHAnsi" w:cstheme="majorHAnsi"/>
          <w:b/>
          <w:bCs/>
          <w:color w:val="4C6C62"/>
          <w:sz w:val="24"/>
          <w:szCs w:val="24"/>
        </w:rPr>
        <w:t xml:space="preserve"> </w:t>
      </w:r>
    </w:p>
    <w:p w14:paraId="7C9D647E" w14:textId="45C85980" w:rsidR="00293BF1" w:rsidRDefault="00293BF1" w:rsidP="00293BF1">
      <w:pPr>
        <w:pStyle w:val="ListParagraph"/>
        <w:numPr>
          <w:ilvl w:val="0"/>
          <w:numId w:val="12"/>
        </w:numPr>
        <w:spacing w:after="0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D35CDF">
        <w:rPr>
          <w:rFonts w:asciiTheme="majorHAnsi" w:hAnsiTheme="majorHAnsi" w:cstheme="majorHAnsi"/>
          <w:b/>
          <w:bCs/>
          <w:color w:val="4C6C62"/>
          <w:sz w:val="24"/>
          <w:szCs w:val="24"/>
        </w:rPr>
        <w:t>Spring + Summer 202</w:t>
      </w:r>
      <w:r>
        <w:rPr>
          <w:rFonts w:asciiTheme="majorHAnsi" w:hAnsiTheme="majorHAnsi" w:cstheme="majorHAnsi"/>
          <w:b/>
          <w:bCs/>
          <w:color w:val="4C6C62"/>
          <w:sz w:val="24"/>
          <w:szCs w:val="24"/>
        </w:rPr>
        <w:t>7</w:t>
      </w:r>
      <w:r w:rsidRPr="00D35CDF">
        <w:rPr>
          <w:rFonts w:asciiTheme="majorHAnsi" w:hAnsiTheme="majorHAnsi" w:cstheme="majorHAnsi"/>
          <w:b/>
          <w:bCs/>
          <w:color w:val="4C6C62"/>
          <w:sz w:val="24"/>
          <w:szCs w:val="24"/>
        </w:rPr>
        <w:t>: $1,</w:t>
      </w:r>
      <w:r w:rsidR="000B69DC">
        <w:rPr>
          <w:rFonts w:asciiTheme="majorHAnsi" w:hAnsiTheme="majorHAnsi" w:cstheme="majorHAnsi"/>
          <w:b/>
          <w:bCs/>
          <w:color w:val="4C6C62"/>
          <w:sz w:val="24"/>
          <w:szCs w:val="24"/>
        </w:rPr>
        <w:t>396.28</w:t>
      </w:r>
    </w:p>
    <w:p w14:paraId="0C896F9C" w14:textId="77777777" w:rsidR="00293BF1" w:rsidRPr="00293BF1" w:rsidRDefault="00293BF1" w:rsidP="00293BF1">
      <w:pPr>
        <w:pStyle w:val="ListParagraph"/>
        <w:spacing w:after="0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</w:p>
    <w:p w14:paraId="376ACC8E" w14:textId="77777777" w:rsidR="005542C4" w:rsidRDefault="005542C4" w:rsidP="00224424">
      <w:pPr>
        <w:rPr>
          <w:rFonts w:asciiTheme="majorHAnsi" w:hAnsiTheme="majorHAnsi" w:cstheme="majorHAnsi"/>
          <w:b/>
          <w:bCs/>
          <w:color w:val="4C6C62"/>
          <w:sz w:val="28"/>
          <w:szCs w:val="28"/>
        </w:rPr>
      </w:pPr>
    </w:p>
    <w:p w14:paraId="161F340A" w14:textId="7CFBB4CC" w:rsidR="00224424" w:rsidRPr="006F4C05" w:rsidRDefault="00224424" w:rsidP="00224424">
      <w:pPr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293BF1">
        <w:rPr>
          <w:rFonts w:asciiTheme="majorHAnsi" w:hAnsiTheme="majorHAnsi" w:cstheme="majorHAnsi"/>
          <w:b/>
          <w:bCs/>
          <w:color w:val="4C6C62"/>
          <w:sz w:val="28"/>
          <w:szCs w:val="28"/>
        </w:rPr>
        <w:lastRenderedPageBreak/>
        <w:t>202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6</w:t>
      </w:r>
      <w:r w:rsidRPr="00293BF1">
        <w:rPr>
          <w:rFonts w:asciiTheme="majorHAnsi" w:hAnsiTheme="majorHAnsi" w:cstheme="majorHAnsi"/>
          <w:b/>
          <w:bCs/>
          <w:color w:val="4C6C62"/>
          <w:sz w:val="28"/>
          <w:szCs w:val="28"/>
        </w:rPr>
        <w:t>-202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7</w:t>
      </w:r>
      <w:r w:rsidRPr="00293BF1">
        <w:rPr>
          <w:rFonts w:asciiTheme="majorHAnsi" w:hAnsiTheme="majorHAnsi" w:cstheme="majorHAnsi"/>
          <w:b/>
          <w:bCs/>
          <w:color w:val="4C6C62"/>
          <w:sz w:val="28"/>
          <w:szCs w:val="28"/>
        </w:rPr>
        <w:t xml:space="preserve"> 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 xml:space="preserve">Non-NYS Resident Online </w:t>
      </w:r>
      <w:r w:rsidR="005542C4">
        <w:rPr>
          <w:rFonts w:asciiTheme="majorHAnsi" w:hAnsiTheme="majorHAnsi" w:cstheme="majorHAnsi"/>
          <w:b/>
          <w:bCs/>
          <w:color w:val="4C6C62"/>
          <w:sz w:val="28"/>
          <w:szCs w:val="28"/>
        </w:rPr>
        <w:t xml:space="preserve">Program </w:t>
      </w:r>
      <w:r w:rsidRPr="00293BF1">
        <w:rPr>
          <w:rFonts w:asciiTheme="majorHAnsi" w:hAnsiTheme="majorHAnsi" w:cstheme="majorHAnsi"/>
          <w:b/>
          <w:bCs/>
          <w:color w:val="4C6C62"/>
          <w:sz w:val="28"/>
          <w:szCs w:val="28"/>
        </w:rPr>
        <w:t>Undergraduate Tuition Chart</w:t>
      </w:r>
    </w:p>
    <w:tbl>
      <w:tblPr>
        <w:tblStyle w:val="PlainTable3"/>
        <w:tblpPr w:leftFromText="180" w:rightFromText="180" w:vertAnchor="text" w:horzAnchor="margin" w:tblpY="84"/>
        <w:tblW w:w="9805" w:type="dxa"/>
        <w:tblLook w:val="04A0" w:firstRow="1" w:lastRow="0" w:firstColumn="1" w:lastColumn="0" w:noHBand="0" w:noVBand="1"/>
      </w:tblPr>
      <w:tblGrid>
        <w:gridCol w:w="4315"/>
        <w:gridCol w:w="2790"/>
        <w:gridCol w:w="2700"/>
      </w:tblGrid>
      <w:tr w:rsidR="00224424" w14:paraId="589BB46B" w14:textId="77777777" w:rsidTr="00C943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1C190F" w14:textId="77777777" w:rsidR="00224424" w:rsidRPr="00CB0C3D" w:rsidRDefault="00224424" w:rsidP="00C9433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sz w:val="24"/>
                <w:szCs w:val="24"/>
              </w:rPr>
              <w:t>Category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A1B7B" w14:textId="77777777" w:rsidR="00224424" w:rsidRPr="00B23AF5" w:rsidRDefault="00224424" w:rsidP="00C943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Full Time (12+ Credits)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D1F05" w14:textId="77777777" w:rsidR="00224424" w:rsidRPr="00B23AF5" w:rsidRDefault="00224424" w:rsidP="00C943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 xml:space="preserve">Part Time (Per Credit) </w:t>
            </w:r>
          </w:p>
        </w:tc>
      </w:tr>
      <w:tr w:rsidR="00224424" w14:paraId="6EF746B3" w14:textId="77777777" w:rsidTr="00C94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5026" w14:textId="77777777" w:rsidR="00224424" w:rsidRPr="00B23AF5" w:rsidRDefault="00224424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Undergraduate Non-NYS Resident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B57F" w14:textId="77777777" w:rsidR="00224424" w:rsidRPr="00B23AF5" w:rsidRDefault="00224424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4,240.00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8DFF" w14:textId="77777777" w:rsidR="00224424" w:rsidRPr="00B23AF5" w:rsidRDefault="00224424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353.00</w:t>
            </w:r>
          </w:p>
        </w:tc>
      </w:tr>
    </w:tbl>
    <w:p w14:paraId="1F6043C8" w14:textId="77777777" w:rsidR="00224424" w:rsidRDefault="00224424" w:rsidP="00224424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4C6C62"/>
          <w:sz w:val="28"/>
          <w:szCs w:val="28"/>
        </w:rPr>
      </w:pPr>
    </w:p>
    <w:p w14:paraId="4B1501C8" w14:textId="317F586A" w:rsidR="00224424" w:rsidRPr="009429D9" w:rsidRDefault="00224424" w:rsidP="00224424">
      <w:pPr>
        <w:rPr>
          <w:rFonts w:asciiTheme="majorHAnsi" w:hAnsiTheme="majorHAnsi" w:cstheme="majorHAnsi"/>
          <w:b/>
          <w:bCs/>
          <w:color w:val="4C6C62"/>
          <w:sz w:val="28"/>
          <w:szCs w:val="28"/>
        </w:rPr>
      </w:pP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>202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6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>-202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7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 xml:space="preserve"> 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Fee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 xml:space="preserve"> Chart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3438"/>
        <w:gridCol w:w="2700"/>
        <w:gridCol w:w="2880"/>
      </w:tblGrid>
      <w:tr w:rsidR="00224424" w:rsidRPr="00B23AF5" w14:paraId="0EB246B0" w14:textId="77777777" w:rsidTr="00B92A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4359" w14:textId="77777777" w:rsidR="00224424" w:rsidRPr="00B23AF5" w:rsidRDefault="00224424" w:rsidP="00C9433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Fee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EAA8A" w14:textId="77777777" w:rsidR="00224424" w:rsidRPr="00B23AF5" w:rsidRDefault="00224424" w:rsidP="00C943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Full Time (12+ Credits)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137B1" w14:textId="77777777" w:rsidR="00224424" w:rsidRPr="00B23AF5" w:rsidRDefault="00224424" w:rsidP="00C943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 xml:space="preserve">Part Time (Per Credit) </w:t>
            </w:r>
          </w:p>
        </w:tc>
      </w:tr>
      <w:tr w:rsidR="00224424" w:rsidRPr="00B23AF5" w14:paraId="2796875B" w14:textId="77777777" w:rsidTr="00B92A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E890E" w14:textId="77777777" w:rsidR="00224424" w:rsidRPr="00B23AF5" w:rsidRDefault="00224424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College Fee</w:t>
            </w: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14:paraId="27ECC3FD" w14:textId="77777777" w:rsidR="00224424" w:rsidRPr="00B23AF5" w:rsidRDefault="00224424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$25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9BF3" w14:textId="77777777" w:rsidR="00224424" w:rsidRPr="00B23AF5" w:rsidRDefault="00224424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$1.70</w:t>
            </w:r>
          </w:p>
        </w:tc>
      </w:tr>
      <w:tr w:rsidR="00224424" w:rsidRPr="00B23AF5" w14:paraId="398F6742" w14:textId="77777777" w:rsidTr="00C9433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36BE0" w14:textId="77777777" w:rsidR="00224424" w:rsidRPr="00B23AF5" w:rsidRDefault="00224424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Technology Fee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4498" w14:textId="77777777" w:rsidR="00224424" w:rsidRPr="00B23AF5" w:rsidRDefault="00224424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222.00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5B5A" w14:textId="77777777" w:rsidR="00224424" w:rsidRPr="00B23AF5" w:rsidRDefault="00224424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$18.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50</w:t>
            </w:r>
          </w:p>
        </w:tc>
      </w:tr>
      <w:tr w:rsidR="00224424" w:rsidRPr="00B23AF5" w14:paraId="3653AC09" w14:textId="77777777" w:rsidTr="00C94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92777" w14:textId="77777777" w:rsidR="00224424" w:rsidRPr="00B23AF5" w:rsidRDefault="00224424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Health Service Fee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EDED" w14:textId="77777777" w:rsidR="00224424" w:rsidRPr="00B23AF5" w:rsidRDefault="00224424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172.00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73F0" w14:textId="77777777" w:rsidR="00224424" w:rsidRPr="00B23AF5" w:rsidRDefault="00224424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14.30</w:t>
            </w:r>
          </w:p>
        </w:tc>
      </w:tr>
      <w:tr w:rsidR="00224424" w:rsidRPr="00B23AF5" w14:paraId="32DEDCF0" w14:textId="77777777" w:rsidTr="00C94339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B93AF" w14:textId="77777777" w:rsidR="00224424" w:rsidRPr="00B23AF5" w:rsidRDefault="00224424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Student Activity Fee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862D" w14:textId="77777777" w:rsidR="00224424" w:rsidRPr="00B23AF5" w:rsidRDefault="00224424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$100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51E0" w14:textId="77777777" w:rsidR="00224424" w:rsidRPr="00B23AF5" w:rsidRDefault="00224424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$8.00</w:t>
            </w:r>
          </w:p>
        </w:tc>
      </w:tr>
      <w:tr w:rsidR="00B92A32" w:rsidRPr="00B23AF5" w14:paraId="6CEFA2EA" w14:textId="77777777" w:rsidTr="00C94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0E3A3" w14:textId="1248133C" w:rsidR="00B92A32" w:rsidRPr="00B23AF5" w:rsidRDefault="00B92A32" w:rsidP="00B92A32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Transcript Fee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A8C6" w14:textId="72169400" w:rsidR="00B92A32" w:rsidRPr="00B23AF5" w:rsidRDefault="00B92A32" w:rsidP="00B92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$10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957C" w14:textId="6738AE79" w:rsidR="00B92A32" w:rsidRPr="00B23AF5" w:rsidRDefault="00B92A32" w:rsidP="00B92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</w:tr>
      <w:tr w:rsidR="00B92A32" w:rsidRPr="00B23AF5" w14:paraId="3D35F4D9" w14:textId="77777777" w:rsidTr="00C9433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E9F82" w14:textId="7BBA18EE" w:rsidR="00B92A32" w:rsidRPr="00B23AF5" w:rsidRDefault="00B92A32" w:rsidP="00B92A32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Orientation fee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FA2B" w14:textId="2D5B65D0" w:rsidR="00B92A32" w:rsidRPr="00B23AF5" w:rsidRDefault="00B92A32" w:rsidP="00B92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$100.00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2974" w14:textId="265DA013" w:rsidR="00B92A32" w:rsidRPr="00B23AF5" w:rsidRDefault="00B92A32" w:rsidP="00B92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</w:tr>
    </w:tbl>
    <w:p w14:paraId="59FEFB07" w14:textId="43CB7924" w:rsidR="00224424" w:rsidRDefault="00224424" w:rsidP="00224424">
      <w:pPr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*</w:t>
      </w:r>
      <w:r w:rsidRPr="008E5AE1">
        <w:rPr>
          <w:rFonts w:asciiTheme="majorHAnsi" w:hAnsiTheme="majorHAnsi" w:cstheme="majorHAnsi"/>
          <w:b/>
          <w:bCs/>
          <w:color w:val="4C6C62"/>
          <w:sz w:val="24"/>
          <w:szCs w:val="24"/>
        </w:rPr>
        <w:t>Transcript Fee</w:t>
      </w:r>
      <w:r w:rsidR="00B92A32" w:rsidRPr="008E5AE1">
        <w:rPr>
          <w:rFonts w:asciiTheme="majorHAnsi" w:hAnsiTheme="majorHAnsi" w:cstheme="majorHAnsi"/>
          <w:b/>
          <w:bCs/>
          <w:color w:val="4C6C62"/>
          <w:sz w:val="24"/>
          <w:szCs w:val="24"/>
        </w:rPr>
        <w:t xml:space="preserve"> </w:t>
      </w:r>
      <w:r w:rsidR="00B92A32">
        <w:rPr>
          <w:rFonts w:asciiTheme="majorHAnsi" w:hAnsiTheme="majorHAnsi" w:cstheme="majorHAnsi"/>
          <w:b/>
          <w:bCs/>
          <w:color w:val="4C6C62"/>
          <w:sz w:val="24"/>
          <w:szCs w:val="24"/>
        </w:rPr>
        <w:t>and Orientation Fee</w:t>
      </w:r>
      <w:r w:rsidR="00B92A32" w:rsidRPr="008E5AE1">
        <w:rPr>
          <w:rFonts w:asciiTheme="majorHAnsi" w:hAnsiTheme="majorHAnsi" w:cstheme="majorHAnsi"/>
          <w:b/>
          <w:bCs/>
          <w:color w:val="4C6C62"/>
          <w:sz w:val="24"/>
          <w:szCs w:val="24"/>
        </w:rPr>
        <w:t xml:space="preserve"> </w:t>
      </w:r>
      <w:r w:rsidR="00B92A32">
        <w:rPr>
          <w:rFonts w:asciiTheme="majorHAnsi" w:hAnsiTheme="majorHAnsi" w:cstheme="majorHAnsi"/>
          <w:b/>
          <w:bCs/>
          <w:color w:val="4C6C62"/>
          <w:sz w:val="24"/>
          <w:szCs w:val="24"/>
        </w:rPr>
        <w:t>are</w:t>
      </w:r>
      <w:r w:rsidRPr="008E5AE1">
        <w:rPr>
          <w:rFonts w:asciiTheme="majorHAnsi" w:hAnsiTheme="majorHAnsi" w:cstheme="majorHAnsi"/>
          <w:b/>
          <w:bCs/>
          <w:color w:val="4C6C62"/>
          <w:sz w:val="24"/>
          <w:szCs w:val="24"/>
        </w:rPr>
        <w:t xml:space="preserve"> charged per semester, not per credit</w:t>
      </w:r>
    </w:p>
    <w:p w14:paraId="2E4C7113" w14:textId="77777777" w:rsidR="00224424" w:rsidRPr="00E35F5C" w:rsidRDefault="00224424" w:rsidP="00224424">
      <w:pPr>
        <w:spacing w:line="240" w:lineRule="auto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E35F5C">
        <w:rPr>
          <w:rFonts w:asciiTheme="majorHAnsi" w:hAnsiTheme="majorHAnsi" w:cstheme="majorHAnsi"/>
          <w:b/>
          <w:bCs/>
          <w:color w:val="4C6C62"/>
          <w:sz w:val="24"/>
          <w:szCs w:val="24"/>
        </w:rPr>
        <w:t>Please be advised that the amounts referenced apply exclusively to out-of-state students enrolled in the following online programs:</w:t>
      </w:r>
    </w:p>
    <w:p w14:paraId="459AB447" w14:textId="77777777" w:rsidR="00224424" w:rsidRPr="00E35F5C" w:rsidRDefault="00224424" w:rsidP="00224424">
      <w:pPr>
        <w:spacing w:line="240" w:lineRule="auto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E35F5C">
        <w:rPr>
          <w:rFonts w:ascii="Segoe UI Emoji" w:hAnsi="Segoe UI Emoji" w:cs="Segoe UI Emoji"/>
          <w:b/>
          <w:bCs/>
          <w:color w:val="4C6C62"/>
          <w:sz w:val="24"/>
          <w:szCs w:val="24"/>
        </w:rPr>
        <w:t>🎓</w:t>
      </w:r>
      <w:r w:rsidRPr="00E35F5C">
        <w:rPr>
          <w:rFonts w:asciiTheme="majorHAnsi" w:hAnsiTheme="majorHAnsi" w:cstheme="majorHAnsi"/>
          <w:b/>
          <w:bCs/>
          <w:color w:val="4C6C62"/>
          <w:sz w:val="24"/>
          <w:szCs w:val="24"/>
        </w:rPr>
        <w:t xml:space="preserve"> Undergraduate and Certificate Programs</w:t>
      </w:r>
    </w:p>
    <w:p w14:paraId="5B02E17B" w14:textId="77777777" w:rsidR="00E35F5C" w:rsidRPr="00E35F5C" w:rsidRDefault="00E35F5C" w:rsidP="00224424">
      <w:pPr>
        <w:numPr>
          <w:ilvl w:val="1"/>
          <w:numId w:val="13"/>
        </w:numPr>
        <w:spacing w:line="240" w:lineRule="auto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E35F5C">
        <w:rPr>
          <w:rFonts w:asciiTheme="majorHAnsi" w:hAnsiTheme="majorHAnsi" w:cstheme="majorHAnsi"/>
          <w:b/>
          <w:bCs/>
          <w:color w:val="4C6C62"/>
          <w:sz w:val="24"/>
          <w:szCs w:val="24"/>
        </w:rPr>
        <w:t>Artificial Intelligence Management (Transfers Only)</w:t>
      </w:r>
    </w:p>
    <w:p w14:paraId="189115C9" w14:textId="77777777" w:rsidR="00E35F5C" w:rsidRPr="00E35F5C" w:rsidRDefault="00E35F5C" w:rsidP="00224424">
      <w:pPr>
        <w:numPr>
          <w:ilvl w:val="1"/>
          <w:numId w:val="13"/>
        </w:numPr>
        <w:spacing w:line="240" w:lineRule="auto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E35F5C">
        <w:rPr>
          <w:rFonts w:asciiTheme="majorHAnsi" w:hAnsiTheme="majorHAnsi" w:cstheme="majorHAnsi"/>
          <w:b/>
          <w:bCs/>
          <w:color w:val="4C6C62"/>
          <w:sz w:val="24"/>
          <w:szCs w:val="24"/>
        </w:rPr>
        <w:t>B.S. in Dental Hygiene (Transfers Only)</w:t>
      </w:r>
    </w:p>
    <w:p w14:paraId="10FD7B4A" w14:textId="77777777" w:rsidR="00E35F5C" w:rsidRPr="00E35F5C" w:rsidRDefault="00E35F5C" w:rsidP="00224424">
      <w:pPr>
        <w:numPr>
          <w:ilvl w:val="1"/>
          <w:numId w:val="13"/>
        </w:numPr>
        <w:spacing w:line="240" w:lineRule="auto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E35F5C">
        <w:rPr>
          <w:rFonts w:asciiTheme="majorHAnsi" w:hAnsiTheme="majorHAnsi" w:cstheme="majorHAnsi"/>
          <w:b/>
          <w:bCs/>
          <w:color w:val="4C6C62"/>
          <w:sz w:val="24"/>
          <w:szCs w:val="24"/>
        </w:rPr>
        <w:t>B.S. in Nursing RN (Transfers Only)</w:t>
      </w:r>
    </w:p>
    <w:p w14:paraId="676F935B" w14:textId="77777777" w:rsidR="00E35F5C" w:rsidRPr="00E35F5C" w:rsidRDefault="00E35F5C" w:rsidP="00224424">
      <w:pPr>
        <w:numPr>
          <w:ilvl w:val="1"/>
          <w:numId w:val="13"/>
        </w:numPr>
        <w:spacing w:line="240" w:lineRule="auto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E35F5C">
        <w:rPr>
          <w:rFonts w:asciiTheme="majorHAnsi" w:hAnsiTheme="majorHAnsi" w:cstheme="majorHAnsi"/>
          <w:b/>
          <w:bCs/>
          <w:color w:val="4C6C62"/>
          <w:sz w:val="24"/>
          <w:szCs w:val="24"/>
        </w:rPr>
        <w:t>B.S. in Geographic Information Systems</w:t>
      </w:r>
    </w:p>
    <w:p w14:paraId="3E750338" w14:textId="77777777" w:rsidR="00E35F5C" w:rsidRPr="00E35F5C" w:rsidRDefault="00E35F5C" w:rsidP="00224424">
      <w:pPr>
        <w:numPr>
          <w:ilvl w:val="1"/>
          <w:numId w:val="13"/>
        </w:numPr>
        <w:spacing w:line="240" w:lineRule="auto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E35F5C">
        <w:rPr>
          <w:rFonts w:asciiTheme="majorHAnsi" w:hAnsiTheme="majorHAnsi" w:cstheme="majorHAnsi"/>
          <w:b/>
          <w:bCs/>
          <w:color w:val="4C6C62"/>
          <w:sz w:val="24"/>
          <w:szCs w:val="24"/>
        </w:rPr>
        <w:t>Cannabis Production and Management Certificate</w:t>
      </w:r>
    </w:p>
    <w:p w14:paraId="2A094A2C" w14:textId="77777777" w:rsidR="00224424" w:rsidRDefault="00224424" w:rsidP="00224424">
      <w:pPr>
        <w:spacing w:line="240" w:lineRule="auto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E35F5C">
        <w:rPr>
          <w:rFonts w:asciiTheme="majorHAnsi" w:hAnsiTheme="majorHAnsi" w:cstheme="majorHAnsi"/>
          <w:b/>
          <w:bCs/>
          <w:color w:val="4C6C62"/>
          <w:sz w:val="24"/>
          <w:szCs w:val="24"/>
        </w:rPr>
        <w:t xml:space="preserve">If your program is not listed above, these rates do not apply. </w:t>
      </w:r>
    </w:p>
    <w:p w14:paraId="416F30C2" w14:textId="77777777" w:rsidR="00224424" w:rsidRPr="00E35F5C" w:rsidRDefault="00224424" w:rsidP="00224424">
      <w:pPr>
        <w:spacing w:line="240" w:lineRule="auto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</w:p>
    <w:p w14:paraId="61AE53D9" w14:textId="77777777" w:rsidR="00224424" w:rsidRPr="00293BF1" w:rsidRDefault="00224424" w:rsidP="00224424">
      <w:pPr>
        <w:pStyle w:val="ListParagraph"/>
        <w:spacing w:after="0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</w:p>
    <w:p w14:paraId="77D38FB5" w14:textId="77777777" w:rsidR="00224424" w:rsidRDefault="00224424" w:rsidP="00224424">
      <w:pPr>
        <w:rPr>
          <w:rFonts w:asciiTheme="majorHAnsi" w:hAnsiTheme="majorHAnsi" w:cstheme="majorHAnsi"/>
          <w:color w:val="212529"/>
          <w:sz w:val="20"/>
          <w:szCs w:val="20"/>
          <w:shd w:val="clear" w:color="auto" w:fill="FFFFFF"/>
        </w:rPr>
      </w:pPr>
    </w:p>
    <w:p w14:paraId="0A3D17D5" w14:textId="77777777" w:rsidR="00224424" w:rsidRDefault="00224424" w:rsidP="00224424">
      <w:pPr>
        <w:rPr>
          <w:rFonts w:asciiTheme="majorHAnsi" w:hAnsiTheme="majorHAnsi" w:cstheme="majorHAnsi"/>
          <w:color w:val="212529"/>
          <w:sz w:val="20"/>
          <w:szCs w:val="20"/>
          <w:shd w:val="clear" w:color="auto" w:fill="FFFFFF"/>
        </w:rPr>
      </w:pPr>
    </w:p>
    <w:p w14:paraId="64C7EA45" w14:textId="77777777" w:rsidR="00224424" w:rsidRDefault="00224424" w:rsidP="00224424">
      <w:pPr>
        <w:rPr>
          <w:rFonts w:asciiTheme="majorHAnsi" w:hAnsiTheme="majorHAnsi" w:cstheme="majorHAnsi"/>
          <w:color w:val="212529"/>
          <w:sz w:val="20"/>
          <w:szCs w:val="20"/>
          <w:shd w:val="clear" w:color="auto" w:fill="FFFFFF"/>
        </w:rPr>
      </w:pPr>
    </w:p>
    <w:p w14:paraId="30FDE554" w14:textId="77777777" w:rsidR="005542C4" w:rsidRDefault="005542C4" w:rsidP="005E5A64">
      <w:pPr>
        <w:rPr>
          <w:rFonts w:asciiTheme="majorHAnsi" w:hAnsiTheme="majorHAnsi" w:cstheme="majorHAnsi"/>
          <w:b/>
          <w:bCs/>
          <w:color w:val="4C6C62"/>
          <w:sz w:val="28"/>
          <w:szCs w:val="28"/>
        </w:rPr>
      </w:pPr>
    </w:p>
    <w:p w14:paraId="494AB1A9" w14:textId="5F53E826" w:rsidR="005E5A64" w:rsidRPr="00293BF1" w:rsidRDefault="005E5A64" w:rsidP="005E5A64">
      <w:pPr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lastRenderedPageBreak/>
        <w:t>202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6-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>202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 xml:space="preserve">7 Graduate 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>Tuition Chart</w:t>
      </w:r>
    </w:p>
    <w:tbl>
      <w:tblPr>
        <w:tblStyle w:val="PlainTable3"/>
        <w:tblpPr w:leftFromText="180" w:rightFromText="180" w:vertAnchor="text" w:horzAnchor="margin" w:tblpY="84"/>
        <w:tblW w:w="9805" w:type="dxa"/>
        <w:tblLook w:val="04A0" w:firstRow="1" w:lastRow="0" w:firstColumn="1" w:lastColumn="0" w:noHBand="0" w:noVBand="1"/>
      </w:tblPr>
      <w:tblGrid>
        <w:gridCol w:w="4315"/>
        <w:gridCol w:w="2790"/>
        <w:gridCol w:w="2700"/>
      </w:tblGrid>
      <w:tr w:rsidR="005E5A64" w14:paraId="4792838B" w14:textId="77777777" w:rsidTr="00F572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E8309" w14:textId="77777777" w:rsidR="005E5A64" w:rsidRPr="00CB0C3D" w:rsidRDefault="005E5A64" w:rsidP="00F572F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sz w:val="24"/>
                <w:szCs w:val="24"/>
              </w:rPr>
              <w:t>Category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5E24F" w14:textId="77777777" w:rsidR="005E5A64" w:rsidRPr="00B23AF5" w:rsidRDefault="005E5A64" w:rsidP="00F572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Full Time (12+ Credits)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07DC13" w14:textId="77777777" w:rsidR="005E5A64" w:rsidRPr="00B23AF5" w:rsidRDefault="005E5A64" w:rsidP="00F572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 xml:space="preserve">Part Time (Per Credit) </w:t>
            </w:r>
          </w:p>
        </w:tc>
      </w:tr>
      <w:tr w:rsidR="005E5A64" w14:paraId="6EFAB6AA" w14:textId="77777777" w:rsidTr="00F57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B6E1" w14:textId="77777777" w:rsidR="005E5A64" w:rsidRPr="00B23AF5" w:rsidRDefault="005E5A64" w:rsidP="00F572FE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Graduate NYS Resident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8B89" w14:textId="77777777" w:rsidR="005E5A64" w:rsidRPr="00B23AF5" w:rsidRDefault="005E5A64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$5,655.00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F0A4" w14:textId="77777777" w:rsidR="005E5A64" w:rsidRPr="00B23AF5" w:rsidRDefault="005E5A64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$471.00</w:t>
            </w:r>
          </w:p>
        </w:tc>
      </w:tr>
      <w:tr w:rsidR="005E5A64" w14:paraId="2326CD4C" w14:textId="77777777" w:rsidTr="00F572F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97F6" w14:textId="77777777" w:rsidR="005E5A64" w:rsidRPr="00B23AF5" w:rsidRDefault="005E5A64" w:rsidP="00F572FE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Graduate Non-NYS Resident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8A1D" w14:textId="77777777" w:rsidR="005E5A64" w:rsidRPr="00B23AF5" w:rsidRDefault="005E5A64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$11,550.00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5AE4" w14:textId="77777777" w:rsidR="005E5A64" w:rsidRPr="00B23AF5" w:rsidRDefault="005E5A64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$963.00</w:t>
            </w:r>
          </w:p>
        </w:tc>
      </w:tr>
    </w:tbl>
    <w:p w14:paraId="229EA8BD" w14:textId="77777777" w:rsidR="005E5A64" w:rsidRDefault="005E5A64" w:rsidP="005E5A64">
      <w:pPr>
        <w:spacing w:after="0"/>
        <w:jc w:val="center"/>
        <w:rPr>
          <w:rFonts w:asciiTheme="majorHAnsi" w:hAnsiTheme="majorHAnsi" w:cstheme="majorHAnsi"/>
          <w:b/>
          <w:bCs/>
          <w:color w:val="4C6C62"/>
          <w:sz w:val="28"/>
          <w:szCs w:val="28"/>
        </w:rPr>
      </w:pPr>
    </w:p>
    <w:p w14:paraId="65697280" w14:textId="77777777" w:rsidR="00293BF1" w:rsidRPr="009429D9" w:rsidRDefault="00293BF1" w:rsidP="00293BF1">
      <w:pPr>
        <w:rPr>
          <w:rFonts w:asciiTheme="majorHAnsi" w:hAnsiTheme="majorHAnsi" w:cstheme="majorHAnsi"/>
          <w:b/>
          <w:bCs/>
          <w:color w:val="4C6C62"/>
          <w:sz w:val="28"/>
          <w:szCs w:val="28"/>
        </w:rPr>
      </w:pP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>202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6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>-202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7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 xml:space="preserve"> 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Fee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 xml:space="preserve"> Chart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3438"/>
        <w:gridCol w:w="2700"/>
        <w:gridCol w:w="2880"/>
      </w:tblGrid>
      <w:tr w:rsidR="00293BF1" w:rsidRPr="00B23AF5" w14:paraId="2FE94BC3" w14:textId="77777777" w:rsidTr="00D31B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9482" w14:textId="77777777" w:rsidR="00293BF1" w:rsidRPr="00B23AF5" w:rsidRDefault="00293BF1" w:rsidP="00C9433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Fee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00A4E" w14:textId="77777777" w:rsidR="00293BF1" w:rsidRPr="00B23AF5" w:rsidRDefault="00293BF1" w:rsidP="00C943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Full Time (12+ Credits)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82C52" w14:textId="77777777" w:rsidR="00293BF1" w:rsidRPr="00B23AF5" w:rsidRDefault="00293BF1" w:rsidP="00C943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 xml:space="preserve">Part Time (Per Credit) </w:t>
            </w:r>
          </w:p>
        </w:tc>
      </w:tr>
      <w:tr w:rsidR="00293BF1" w:rsidRPr="00B23AF5" w14:paraId="26106C7B" w14:textId="77777777" w:rsidTr="00D31B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C48FD" w14:textId="77777777" w:rsidR="00293BF1" w:rsidRPr="00B23AF5" w:rsidRDefault="00293BF1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College Fee</w:t>
            </w: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14:paraId="0658E0E3" w14:textId="77777777" w:rsidR="00293BF1" w:rsidRPr="00B23AF5" w:rsidRDefault="00293BF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$25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292D" w14:textId="77777777" w:rsidR="00293BF1" w:rsidRPr="00B23AF5" w:rsidRDefault="00293BF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$1.70</w:t>
            </w:r>
          </w:p>
        </w:tc>
      </w:tr>
      <w:tr w:rsidR="00293BF1" w:rsidRPr="00B23AF5" w14:paraId="4E0D3799" w14:textId="77777777" w:rsidTr="00C9433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E68F3" w14:textId="77777777" w:rsidR="00293BF1" w:rsidRPr="00B23AF5" w:rsidRDefault="00293BF1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Technology Fee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09F2" w14:textId="77777777" w:rsidR="00293BF1" w:rsidRPr="00B23AF5" w:rsidRDefault="00293BF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222.00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5053" w14:textId="77777777" w:rsidR="00293BF1" w:rsidRPr="00B23AF5" w:rsidRDefault="00293BF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$18.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50</w:t>
            </w:r>
          </w:p>
        </w:tc>
      </w:tr>
      <w:tr w:rsidR="00293BF1" w:rsidRPr="00B23AF5" w14:paraId="3C81CE2F" w14:textId="77777777" w:rsidTr="00C94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5AB08" w14:textId="77777777" w:rsidR="00293BF1" w:rsidRPr="00B23AF5" w:rsidRDefault="00293BF1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Health Service Fee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0B4E" w14:textId="77777777" w:rsidR="00293BF1" w:rsidRPr="00B23AF5" w:rsidRDefault="00293BF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172.00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680E" w14:textId="77777777" w:rsidR="00293BF1" w:rsidRPr="00B23AF5" w:rsidRDefault="00293BF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14.30</w:t>
            </w:r>
          </w:p>
        </w:tc>
      </w:tr>
      <w:tr w:rsidR="00293BF1" w:rsidRPr="00B23AF5" w14:paraId="6C0B7B17" w14:textId="77777777" w:rsidTr="00C9433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FA688" w14:textId="77777777" w:rsidR="00293BF1" w:rsidRPr="00B23AF5" w:rsidRDefault="00293BF1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Student Activity Fee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97DB" w14:textId="77777777" w:rsidR="00293BF1" w:rsidRPr="00B23AF5" w:rsidRDefault="00293BF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$100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8E57" w14:textId="77777777" w:rsidR="00293BF1" w:rsidRPr="00B23AF5" w:rsidRDefault="00293BF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$8.00</w:t>
            </w:r>
          </w:p>
        </w:tc>
      </w:tr>
      <w:tr w:rsidR="00293BF1" w:rsidRPr="00B23AF5" w14:paraId="73302365" w14:textId="77777777" w:rsidTr="00C94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A699D" w14:textId="77777777" w:rsidR="00293BF1" w:rsidRPr="00B23AF5" w:rsidRDefault="00293BF1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Transcript Fee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709" w14:textId="77777777" w:rsidR="00293BF1" w:rsidRPr="00B23AF5" w:rsidRDefault="00293BF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$10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8DA8" w14:textId="77777777" w:rsidR="00293BF1" w:rsidRPr="00B23AF5" w:rsidRDefault="00293BF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</w:tr>
    </w:tbl>
    <w:p w14:paraId="074E2A7E" w14:textId="24A8F141" w:rsidR="00293BF1" w:rsidRDefault="00293BF1" w:rsidP="00293BF1">
      <w:pPr>
        <w:rPr>
          <w:rFonts w:asciiTheme="majorHAnsi" w:hAnsiTheme="majorHAnsi" w:cstheme="majorHAnsi"/>
          <w:b/>
          <w:bCs/>
          <w:color w:val="4C6C62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*</w:t>
      </w:r>
      <w:r w:rsidRPr="008E5AE1">
        <w:rPr>
          <w:rFonts w:asciiTheme="majorHAnsi" w:hAnsiTheme="majorHAnsi" w:cstheme="majorHAnsi"/>
          <w:b/>
          <w:bCs/>
          <w:color w:val="4C6C62"/>
          <w:sz w:val="24"/>
          <w:szCs w:val="24"/>
        </w:rPr>
        <w:t xml:space="preserve">Transcript Fee </w:t>
      </w:r>
      <w:r w:rsidR="00B92A32">
        <w:rPr>
          <w:rFonts w:asciiTheme="majorHAnsi" w:hAnsiTheme="majorHAnsi" w:cstheme="majorHAnsi"/>
          <w:b/>
          <w:bCs/>
          <w:color w:val="4C6C62"/>
          <w:sz w:val="24"/>
          <w:szCs w:val="24"/>
        </w:rPr>
        <w:t>is</w:t>
      </w:r>
      <w:r>
        <w:rPr>
          <w:rFonts w:asciiTheme="majorHAnsi" w:hAnsiTheme="majorHAnsi" w:cstheme="majorHAnsi"/>
          <w:b/>
          <w:bCs/>
          <w:color w:val="4C6C62"/>
          <w:sz w:val="24"/>
          <w:szCs w:val="24"/>
        </w:rPr>
        <w:t xml:space="preserve"> </w:t>
      </w:r>
      <w:r w:rsidRPr="008E5AE1">
        <w:rPr>
          <w:rFonts w:asciiTheme="majorHAnsi" w:hAnsiTheme="majorHAnsi" w:cstheme="majorHAnsi"/>
          <w:b/>
          <w:bCs/>
          <w:color w:val="4C6C62"/>
          <w:sz w:val="24"/>
          <w:szCs w:val="24"/>
        </w:rPr>
        <w:t>charged per semester, not per credit</w:t>
      </w:r>
    </w:p>
    <w:p w14:paraId="5CC0C903" w14:textId="77777777" w:rsidR="00293BF1" w:rsidRPr="009429D9" w:rsidRDefault="00293BF1" w:rsidP="00293BF1">
      <w:pPr>
        <w:rPr>
          <w:rFonts w:asciiTheme="majorHAnsi" w:hAnsiTheme="majorHAnsi" w:cstheme="majorHAnsi"/>
          <w:b/>
          <w:bCs/>
          <w:color w:val="4C6C62"/>
          <w:sz w:val="28"/>
          <w:szCs w:val="28"/>
        </w:rPr>
      </w:pP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>202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6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>-202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7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 xml:space="preserve"> 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Room and Meal Plan Rates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293BF1" w:rsidRPr="00B23AF5" w14:paraId="4537E966" w14:textId="77777777" w:rsidTr="00C943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C5C7E" w14:textId="77777777" w:rsidR="00293BF1" w:rsidRPr="00CB0C3D" w:rsidRDefault="00293BF1" w:rsidP="00C9433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sz w:val="24"/>
                <w:szCs w:val="24"/>
              </w:rPr>
              <w:t>Room Type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536E7" w14:textId="77777777" w:rsidR="00293BF1" w:rsidRPr="00CB0C3D" w:rsidRDefault="00293BF1" w:rsidP="00C943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sz w:val="24"/>
                <w:szCs w:val="24"/>
              </w:rPr>
              <w:t>rates</w:t>
            </w:r>
          </w:p>
        </w:tc>
      </w:tr>
      <w:tr w:rsidR="00293BF1" w:rsidRPr="00B23AF5" w14:paraId="67B1C059" w14:textId="77777777" w:rsidTr="00C94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D1B6" w14:textId="77777777" w:rsidR="00293BF1" w:rsidRPr="00CB0C3D" w:rsidRDefault="00293BF1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Single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FCED" w14:textId="6A8D50FD" w:rsidR="00293BF1" w:rsidRPr="00CB0C3D" w:rsidRDefault="00293BF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5,</w:t>
            </w:r>
            <w:r w:rsidR="00A21218">
              <w:rPr>
                <w:rFonts w:asciiTheme="majorHAnsi" w:hAnsiTheme="majorHAnsi" w:cstheme="majorHAnsi"/>
                <w:sz w:val="24"/>
                <w:szCs w:val="24"/>
              </w:rPr>
              <w:t>418.00</w:t>
            </w:r>
          </w:p>
        </w:tc>
      </w:tr>
      <w:tr w:rsidR="00293BF1" w:rsidRPr="00B23AF5" w14:paraId="45C86CC1" w14:textId="77777777" w:rsidTr="00C9433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15A3" w14:textId="77777777" w:rsidR="00293BF1" w:rsidRPr="00CB0C3D" w:rsidRDefault="00293BF1" w:rsidP="00C94339">
            <w:pPr>
              <w:tabs>
                <w:tab w:val="left" w:pos="1290"/>
              </w:tabs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Double</w:t>
            </w:r>
            <w:r w:rsidRPr="00CB0C3D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ab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D8FE" w14:textId="412227E4" w:rsidR="00293BF1" w:rsidRPr="00CB0C3D" w:rsidRDefault="00293BF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4,</w:t>
            </w:r>
            <w:r w:rsidR="00A21218">
              <w:rPr>
                <w:rFonts w:asciiTheme="majorHAnsi" w:hAnsiTheme="majorHAnsi" w:cstheme="majorHAnsi"/>
                <w:sz w:val="24"/>
                <w:szCs w:val="24"/>
              </w:rPr>
              <w:t>829.00</w:t>
            </w:r>
          </w:p>
        </w:tc>
      </w:tr>
      <w:tr w:rsidR="00293BF1" w:rsidRPr="00B23AF5" w14:paraId="4DF94AF5" w14:textId="77777777" w:rsidTr="00C94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0F1D8" w14:textId="77777777" w:rsidR="00293BF1" w:rsidRPr="00CB0C3D" w:rsidRDefault="00293BF1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Triple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ABB1F" w14:textId="1F3BEFDB" w:rsidR="00293BF1" w:rsidRPr="00CB0C3D" w:rsidRDefault="00293BF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4,</w:t>
            </w:r>
            <w:r w:rsidR="00A21218">
              <w:rPr>
                <w:rFonts w:asciiTheme="majorHAnsi" w:hAnsiTheme="majorHAnsi" w:cstheme="majorHAnsi"/>
                <w:sz w:val="24"/>
                <w:szCs w:val="24"/>
              </w:rPr>
              <w:t>142.00</w:t>
            </w:r>
          </w:p>
        </w:tc>
      </w:tr>
      <w:tr w:rsidR="00293BF1" w:rsidRPr="00B23AF5" w14:paraId="28D7AA2F" w14:textId="77777777" w:rsidTr="00C9433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89C5" w14:textId="77777777" w:rsidR="00293BF1" w:rsidRPr="00CB0C3D" w:rsidRDefault="00293BF1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Meal Plan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40F4" w14:textId="3CA9ED79" w:rsidR="00293BF1" w:rsidRPr="00CB0C3D" w:rsidRDefault="00293BF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 w:rsidR="004B336C">
              <w:rPr>
                <w:rFonts w:asciiTheme="majorHAnsi" w:hAnsiTheme="majorHAnsi" w:cstheme="majorHAnsi"/>
                <w:sz w:val="24"/>
                <w:szCs w:val="24"/>
              </w:rPr>
              <w:t>3,099.00</w:t>
            </w:r>
          </w:p>
        </w:tc>
      </w:tr>
      <w:tr w:rsidR="00293BF1" w:rsidRPr="00B23AF5" w14:paraId="59C36744" w14:textId="77777777" w:rsidTr="00C94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82DF" w14:textId="77777777" w:rsidR="00293BF1" w:rsidRPr="00CB0C3D" w:rsidRDefault="00293BF1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Meal Plan – All Access VIP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8EE2" w14:textId="7F013267" w:rsidR="00293BF1" w:rsidRDefault="00293BF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$3,</w:t>
            </w:r>
            <w:r w:rsidR="004B336C">
              <w:rPr>
                <w:rFonts w:asciiTheme="majorHAnsi" w:hAnsiTheme="majorHAnsi" w:cstheme="majorHAnsi"/>
                <w:sz w:val="24"/>
                <w:szCs w:val="24"/>
              </w:rPr>
              <w:t>230.00</w:t>
            </w:r>
          </w:p>
        </w:tc>
      </w:tr>
      <w:tr w:rsidR="00293BF1" w:rsidRPr="00B23AF5" w14:paraId="7E8D57BB" w14:textId="77777777" w:rsidTr="00C94339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7C96" w14:textId="77777777" w:rsidR="00293BF1" w:rsidRPr="00CB0C3D" w:rsidRDefault="00293BF1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Meal Plan – weekly 14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5B02" w14:textId="3D48C0CF" w:rsidR="00293BF1" w:rsidRDefault="00293BF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 w:rsidR="004B336C">
              <w:rPr>
                <w:rFonts w:asciiTheme="majorHAnsi" w:hAnsiTheme="majorHAnsi" w:cstheme="majorHAnsi"/>
                <w:sz w:val="24"/>
                <w:szCs w:val="24"/>
              </w:rPr>
              <w:t>3,093.00</w:t>
            </w:r>
          </w:p>
        </w:tc>
      </w:tr>
      <w:tr w:rsidR="00293BF1" w:rsidRPr="00B23AF5" w14:paraId="6183B5A7" w14:textId="77777777" w:rsidTr="00C94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9274" w14:textId="77777777" w:rsidR="00293BF1" w:rsidRPr="00CB0C3D" w:rsidRDefault="00293BF1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 xml:space="preserve">Common Area Damage Deposit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26D0" w14:textId="77777777" w:rsidR="00293BF1" w:rsidRPr="00CB0C3D" w:rsidRDefault="00293BF1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$75.00</w:t>
            </w:r>
          </w:p>
        </w:tc>
      </w:tr>
      <w:tr w:rsidR="00293BF1" w:rsidRPr="00B23AF5" w14:paraId="2F75741D" w14:textId="77777777" w:rsidTr="00C9433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BB6F" w14:textId="77777777" w:rsidR="00293BF1" w:rsidRPr="00CB0C3D" w:rsidRDefault="00293BF1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 xml:space="preserve">Room Damage Deposit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5D26" w14:textId="77777777" w:rsidR="00293BF1" w:rsidRPr="00CB0C3D" w:rsidRDefault="00293BF1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$100.00</w:t>
            </w:r>
          </w:p>
        </w:tc>
      </w:tr>
    </w:tbl>
    <w:p w14:paraId="47F4595F" w14:textId="77777777" w:rsidR="00293BF1" w:rsidRDefault="00293BF1" w:rsidP="00293BF1">
      <w:pPr>
        <w:spacing w:after="0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</w:p>
    <w:p w14:paraId="04156D61" w14:textId="6849CCBB" w:rsidR="00293BF1" w:rsidRPr="00D35CDF" w:rsidRDefault="00293BF1" w:rsidP="00293BF1">
      <w:pPr>
        <w:spacing w:after="0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D35CDF">
        <w:rPr>
          <w:rFonts w:asciiTheme="majorHAnsi" w:hAnsiTheme="majorHAnsi" w:cstheme="majorHAnsi"/>
          <w:b/>
          <w:bCs/>
          <w:color w:val="4C6C62"/>
          <w:sz w:val="24"/>
          <w:szCs w:val="24"/>
        </w:rPr>
        <w:t>International Student Insurance (202</w:t>
      </w:r>
      <w:r w:rsidR="000B69DC">
        <w:rPr>
          <w:rFonts w:asciiTheme="majorHAnsi" w:hAnsiTheme="majorHAnsi" w:cstheme="majorHAnsi"/>
          <w:b/>
          <w:bCs/>
          <w:color w:val="4C6C62"/>
          <w:sz w:val="24"/>
          <w:szCs w:val="24"/>
        </w:rPr>
        <w:t>6</w:t>
      </w:r>
      <w:r w:rsidRPr="00D35CDF">
        <w:rPr>
          <w:rFonts w:asciiTheme="majorHAnsi" w:hAnsiTheme="majorHAnsi" w:cstheme="majorHAnsi"/>
          <w:b/>
          <w:bCs/>
          <w:color w:val="4C6C62"/>
          <w:sz w:val="24"/>
          <w:szCs w:val="24"/>
        </w:rPr>
        <w:t>-202</w:t>
      </w:r>
      <w:r w:rsidR="000B69DC">
        <w:rPr>
          <w:rFonts w:asciiTheme="majorHAnsi" w:hAnsiTheme="majorHAnsi" w:cstheme="majorHAnsi"/>
          <w:b/>
          <w:bCs/>
          <w:color w:val="4C6C62"/>
          <w:sz w:val="24"/>
          <w:szCs w:val="24"/>
        </w:rPr>
        <w:t>7</w:t>
      </w:r>
      <w:r w:rsidRPr="00D35CDF">
        <w:rPr>
          <w:rFonts w:asciiTheme="majorHAnsi" w:hAnsiTheme="majorHAnsi" w:cstheme="majorHAnsi"/>
          <w:b/>
          <w:bCs/>
          <w:color w:val="4C6C62"/>
          <w:sz w:val="24"/>
          <w:szCs w:val="24"/>
        </w:rPr>
        <w:t>)</w:t>
      </w:r>
    </w:p>
    <w:p w14:paraId="4511C9E0" w14:textId="1A021B56" w:rsidR="00293BF1" w:rsidRDefault="00293BF1" w:rsidP="00293BF1">
      <w:pPr>
        <w:pStyle w:val="ListParagraph"/>
        <w:numPr>
          <w:ilvl w:val="0"/>
          <w:numId w:val="12"/>
        </w:numPr>
        <w:spacing w:after="0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D35CDF">
        <w:rPr>
          <w:rFonts w:asciiTheme="majorHAnsi" w:hAnsiTheme="majorHAnsi" w:cstheme="majorHAnsi"/>
          <w:b/>
          <w:bCs/>
          <w:color w:val="4C6C62"/>
          <w:sz w:val="24"/>
          <w:szCs w:val="24"/>
        </w:rPr>
        <w:t>Fall 202</w:t>
      </w:r>
      <w:r>
        <w:rPr>
          <w:rFonts w:asciiTheme="majorHAnsi" w:hAnsiTheme="majorHAnsi" w:cstheme="majorHAnsi"/>
          <w:b/>
          <w:bCs/>
          <w:color w:val="4C6C62"/>
          <w:sz w:val="24"/>
          <w:szCs w:val="24"/>
        </w:rPr>
        <w:t>6</w:t>
      </w:r>
      <w:r w:rsidRPr="00D35CDF">
        <w:rPr>
          <w:rFonts w:asciiTheme="majorHAnsi" w:hAnsiTheme="majorHAnsi" w:cstheme="majorHAnsi"/>
          <w:b/>
          <w:bCs/>
          <w:color w:val="4C6C62"/>
          <w:sz w:val="24"/>
          <w:szCs w:val="24"/>
        </w:rPr>
        <w:t>: $</w:t>
      </w:r>
      <w:r w:rsidR="000B69DC">
        <w:rPr>
          <w:rFonts w:asciiTheme="majorHAnsi" w:hAnsiTheme="majorHAnsi" w:cstheme="majorHAnsi"/>
          <w:b/>
          <w:bCs/>
          <w:color w:val="4C6C62"/>
          <w:sz w:val="24"/>
          <w:szCs w:val="24"/>
        </w:rPr>
        <w:t>1,006.73</w:t>
      </w:r>
    </w:p>
    <w:p w14:paraId="567A7396" w14:textId="7434B21D" w:rsidR="00293BF1" w:rsidRDefault="00293BF1" w:rsidP="00293BF1">
      <w:pPr>
        <w:pStyle w:val="ListParagraph"/>
        <w:numPr>
          <w:ilvl w:val="0"/>
          <w:numId w:val="12"/>
        </w:numPr>
        <w:spacing w:after="0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D35CDF">
        <w:rPr>
          <w:rFonts w:asciiTheme="majorHAnsi" w:hAnsiTheme="majorHAnsi" w:cstheme="majorHAnsi"/>
          <w:b/>
          <w:bCs/>
          <w:color w:val="4C6C62"/>
          <w:sz w:val="24"/>
          <w:szCs w:val="24"/>
        </w:rPr>
        <w:t>Spring 202</w:t>
      </w:r>
      <w:r>
        <w:rPr>
          <w:rFonts w:asciiTheme="majorHAnsi" w:hAnsiTheme="majorHAnsi" w:cstheme="majorHAnsi"/>
          <w:b/>
          <w:bCs/>
          <w:color w:val="4C6C62"/>
          <w:sz w:val="24"/>
          <w:szCs w:val="24"/>
        </w:rPr>
        <w:t>7</w:t>
      </w:r>
      <w:r w:rsidRPr="00D35CDF">
        <w:rPr>
          <w:rFonts w:asciiTheme="majorHAnsi" w:hAnsiTheme="majorHAnsi" w:cstheme="majorHAnsi"/>
          <w:b/>
          <w:bCs/>
          <w:color w:val="4C6C62"/>
          <w:sz w:val="24"/>
          <w:szCs w:val="24"/>
        </w:rPr>
        <w:t>: $</w:t>
      </w:r>
      <w:r w:rsidR="000B69DC">
        <w:rPr>
          <w:rFonts w:asciiTheme="majorHAnsi" w:hAnsiTheme="majorHAnsi" w:cstheme="majorHAnsi"/>
          <w:b/>
          <w:bCs/>
          <w:color w:val="4C6C62"/>
          <w:sz w:val="24"/>
          <w:szCs w:val="24"/>
        </w:rPr>
        <w:t>994.79</w:t>
      </w:r>
      <w:r w:rsidRPr="00D35CDF">
        <w:rPr>
          <w:rFonts w:asciiTheme="majorHAnsi" w:hAnsiTheme="majorHAnsi" w:cstheme="majorHAnsi"/>
          <w:b/>
          <w:bCs/>
          <w:color w:val="4C6C62"/>
          <w:sz w:val="24"/>
          <w:szCs w:val="24"/>
        </w:rPr>
        <w:t xml:space="preserve"> </w:t>
      </w:r>
    </w:p>
    <w:p w14:paraId="32B119D5" w14:textId="2561C0A2" w:rsidR="00293BF1" w:rsidRDefault="00293BF1" w:rsidP="00293BF1">
      <w:pPr>
        <w:pStyle w:val="ListParagraph"/>
        <w:numPr>
          <w:ilvl w:val="0"/>
          <w:numId w:val="12"/>
        </w:numPr>
        <w:spacing w:after="0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D35CDF">
        <w:rPr>
          <w:rFonts w:asciiTheme="majorHAnsi" w:hAnsiTheme="majorHAnsi" w:cstheme="majorHAnsi"/>
          <w:b/>
          <w:bCs/>
          <w:color w:val="4C6C62"/>
          <w:sz w:val="24"/>
          <w:szCs w:val="24"/>
        </w:rPr>
        <w:t>Spring + Summer 202</w:t>
      </w:r>
      <w:r>
        <w:rPr>
          <w:rFonts w:asciiTheme="majorHAnsi" w:hAnsiTheme="majorHAnsi" w:cstheme="majorHAnsi"/>
          <w:b/>
          <w:bCs/>
          <w:color w:val="4C6C62"/>
          <w:sz w:val="24"/>
          <w:szCs w:val="24"/>
        </w:rPr>
        <w:t>7</w:t>
      </w:r>
      <w:r w:rsidRPr="00D35CDF">
        <w:rPr>
          <w:rFonts w:asciiTheme="majorHAnsi" w:hAnsiTheme="majorHAnsi" w:cstheme="majorHAnsi"/>
          <w:b/>
          <w:bCs/>
          <w:color w:val="4C6C62"/>
          <w:sz w:val="24"/>
          <w:szCs w:val="24"/>
        </w:rPr>
        <w:t>: $1,</w:t>
      </w:r>
      <w:r w:rsidR="000B69DC">
        <w:rPr>
          <w:rFonts w:asciiTheme="majorHAnsi" w:hAnsiTheme="majorHAnsi" w:cstheme="majorHAnsi"/>
          <w:b/>
          <w:bCs/>
          <w:color w:val="4C6C62"/>
          <w:sz w:val="24"/>
          <w:szCs w:val="24"/>
        </w:rPr>
        <w:t>396.28</w:t>
      </w:r>
    </w:p>
    <w:p w14:paraId="4F38E023" w14:textId="77777777" w:rsidR="00293BF1" w:rsidRPr="00293BF1" w:rsidRDefault="00293BF1" w:rsidP="00293BF1">
      <w:pPr>
        <w:pStyle w:val="ListParagraph"/>
        <w:spacing w:after="0"/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</w:p>
    <w:p w14:paraId="193362A9" w14:textId="4FAB972A" w:rsidR="00B92A32" w:rsidRDefault="00B92A32" w:rsidP="00224424">
      <w:pPr>
        <w:rPr>
          <w:rFonts w:asciiTheme="majorHAnsi" w:hAnsiTheme="majorHAnsi" w:cstheme="majorHAnsi"/>
          <w:b/>
          <w:bCs/>
          <w:color w:val="4C6C62"/>
          <w:sz w:val="28"/>
          <w:szCs w:val="28"/>
        </w:rPr>
      </w:pPr>
    </w:p>
    <w:p w14:paraId="04D308A5" w14:textId="2EFF4203" w:rsidR="003F55D7" w:rsidRDefault="003F55D7" w:rsidP="00224424">
      <w:pPr>
        <w:rPr>
          <w:rFonts w:asciiTheme="majorHAnsi" w:hAnsiTheme="majorHAnsi" w:cstheme="majorHAnsi"/>
          <w:b/>
          <w:bCs/>
          <w:color w:val="4C6C62"/>
          <w:sz w:val="28"/>
          <w:szCs w:val="28"/>
        </w:rPr>
      </w:pPr>
    </w:p>
    <w:p w14:paraId="11943D0B" w14:textId="77777777" w:rsidR="003F55D7" w:rsidRDefault="003F55D7" w:rsidP="00224424">
      <w:pPr>
        <w:rPr>
          <w:rFonts w:asciiTheme="majorHAnsi" w:hAnsiTheme="majorHAnsi" w:cstheme="majorHAnsi"/>
          <w:b/>
          <w:bCs/>
          <w:color w:val="4C6C62"/>
          <w:sz w:val="28"/>
          <w:szCs w:val="28"/>
        </w:rPr>
      </w:pPr>
    </w:p>
    <w:p w14:paraId="637F2C43" w14:textId="0AF9EAB9" w:rsidR="00224424" w:rsidRPr="00293BF1" w:rsidRDefault="00224424" w:rsidP="00224424">
      <w:pPr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lastRenderedPageBreak/>
        <w:t>202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6-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>202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 xml:space="preserve">7 Non-NYS Resident Online </w:t>
      </w:r>
      <w:r w:rsidR="00B92A32">
        <w:rPr>
          <w:rFonts w:asciiTheme="majorHAnsi" w:hAnsiTheme="majorHAnsi" w:cstheme="majorHAnsi"/>
          <w:b/>
          <w:bCs/>
          <w:color w:val="4C6C62"/>
          <w:sz w:val="28"/>
          <w:szCs w:val="28"/>
        </w:rPr>
        <w:t xml:space="preserve">Program 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 xml:space="preserve">Graduate 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>Tuition Chart</w:t>
      </w:r>
    </w:p>
    <w:tbl>
      <w:tblPr>
        <w:tblStyle w:val="PlainTable3"/>
        <w:tblpPr w:leftFromText="180" w:rightFromText="180" w:vertAnchor="text" w:horzAnchor="margin" w:tblpY="84"/>
        <w:tblW w:w="9805" w:type="dxa"/>
        <w:tblLook w:val="04A0" w:firstRow="1" w:lastRow="0" w:firstColumn="1" w:lastColumn="0" w:noHBand="0" w:noVBand="1"/>
      </w:tblPr>
      <w:tblGrid>
        <w:gridCol w:w="4315"/>
        <w:gridCol w:w="2790"/>
        <w:gridCol w:w="2700"/>
      </w:tblGrid>
      <w:tr w:rsidR="00224424" w14:paraId="15038E3C" w14:textId="77777777" w:rsidTr="00C943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2044C" w14:textId="77777777" w:rsidR="00224424" w:rsidRPr="00CB0C3D" w:rsidRDefault="00224424" w:rsidP="00C9433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B0C3D">
              <w:rPr>
                <w:rFonts w:asciiTheme="majorHAnsi" w:hAnsiTheme="majorHAnsi" w:cstheme="majorHAnsi"/>
                <w:sz w:val="24"/>
                <w:szCs w:val="24"/>
              </w:rPr>
              <w:t>Category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FB980C" w14:textId="77777777" w:rsidR="00224424" w:rsidRPr="00B23AF5" w:rsidRDefault="00224424" w:rsidP="00C943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Full Time (12+ Credits)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4E64A" w14:textId="77777777" w:rsidR="00224424" w:rsidRPr="00B23AF5" w:rsidRDefault="00224424" w:rsidP="00C943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 xml:space="preserve">Part Time (Per Credit) </w:t>
            </w:r>
          </w:p>
        </w:tc>
      </w:tr>
      <w:tr w:rsidR="00224424" w14:paraId="17D9581E" w14:textId="77777777" w:rsidTr="00C94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561C" w14:textId="77777777" w:rsidR="00224424" w:rsidRPr="00B23AF5" w:rsidRDefault="00224424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Graduate Non-NYS Resident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407F" w14:textId="77777777" w:rsidR="00224424" w:rsidRPr="00B23AF5" w:rsidRDefault="00224424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6,785.00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1730" w14:textId="77777777" w:rsidR="00224424" w:rsidRPr="00B23AF5" w:rsidRDefault="00224424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565.00</w:t>
            </w:r>
          </w:p>
        </w:tc>
      </w:tr>
    </w:tbl>
    <w:p w14:paraId="08163BE9" w14:textId="77777777" w:rsidR="00224424" w:rsidRDefault="00224424" w:rsidP="00224424">
      <w:pPr>
        <w:spacing w:after="0"/>
        <w:jc w:val="center"/>
        <w:rPr>
          <w:rFonts w:asciiTheme="majorHAnsi" w:hAnsiTheme="majorHAnsi" w:cstheme="majorHAnsi"/>
          <w:b/>
          <w:bCs/>
          <w:color w:val="4C6C62"/>
          <w:sz w:val="28"/>
          <w:szCs w:val="28"/>
        </w:rPr>
      </w:pPr>
    </w:p>
    <w:p w14:paraId="58051849" w14:textId="4442B432" w:rsidR="00224424" w:rsidRPr="009429D9" w:rsidRDefault="00224424" w:rsidP="00224424">
      <w:pPr>
        <w:rPr>
          <w:rFonts w:asciiTheme="majorHAnsi" w:hAnsiTheme="majorHAnsi" w:cstheme="majorHAnsi"/>
          <w:b/>
          <w:bCs/>
          <w:color w:val="4C6C62"/>
          <w:sz w:val="28"/>
          <w:szCs w:val="28"/>
        </w:rPr>
      </w:pP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>202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6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>-202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7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 xml:space="preserve"> </w:t>
      </w: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Fee</w:t>
      </w:r>
      <w:r w:rsidRPr="00F41F3D">
        <w:rPr>
          <w:rFonts w:asciiTheme="majorHAnsi" w:hAnsiTheme="majorHAnsi" w:cstheme="majorHAnsi"/>
          <w:b/>
          <w:bCs/>
          <w:color w:val="4C6C62"/>
          <w:sz w:val="28"/>
          <w:szCs w:val="28"/>
        </w:rPr>
        <w:t xml:space="preserve"> Chart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3438"/>
        <w:gridCol w:w="2700"/>
        <w:gridCol w:w="2880"/>
      </w:tblGrid>
      <w:tr w:rsidR="00224424" w:rsidRPr="00B23AF5" w14:paraId="7BB8D7FC" w14:textId="77777777" w:rsidTr="00D31B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7CAA" w14:textId="77777777" w:rsidR="00224424" w:rsidRPr="00B23AF5" w:rsidRDefault="00224424" w:rsidP="00C9433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Fee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85EEC" w14:textId="77777777" w:rsidR="00224424" w:rsidRPr="00B23AF5" w:rsidRDefault="00224424" w:rsidP="00C943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Full Time (12+ Credits)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7E636B" w14:textId="77777777" w:rsidR="00224424" w:rsidRPr="00B23AF5" w:rsidRDefault="00224424" w:rsidP="00C943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 xml:space="preserve">Part Time (Per Credit) </w:t>
            </w:r>
          </w:p>
        </w:tc>
      </w:tr>
      <w:tr w:rsidR="00224424" w:rsidRPr="00B23AF5" w14:paraId="796C368E" w14:textId="77777777" w:rsidTr="00D31B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2CFC3" w14:textId="77777777" w:rsidR="00224424" w:rsidRPr="00B23AF5" w:rsidRDefault="00224424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College Fee</w:t>
            </w: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14:paraId="0729575E" w14:textId="77777777" w:rsidR="00224424" w:rsidRPr="00B23AF5" w:rsidRDefault="00224424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$25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5770" w14:textId="77777777" w:rsidR="00224424" w:rsidRPr="00B23AF5" w:rsidRDefault="00224424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$1.70</w:t>
            </w:r>
          </w:p>
        </w:tc>
      </w:tr>
      <w:tr w:rsidR="00224424" w:rsidRPr="00B23AF5" w14:paraId="70AC077C" w14:textId="77777777" w:rsidTr="00C94339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5E1BE" w14:textId="77777777" w:rsidR="00224424" w:rsidRPr="00B23AF5" w:rsidRDefault="00224424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Technology Fee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0F1E" w14:textId="77777777" w:rsidR="00224424" w:rsidRPr="00B23AF5" w:rsidRDefault="00224424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222.00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A441" w14:textId="77777777" w:rsidR="00224424" w:rsidRPr="00B23AF5" w:rsidRDefault="00224424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$18.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50</w:t>
            </w:r>
          </w:p>
        </w:tc>
      </w:tr>
      <w:tr w:rsidR="00224424" w:rsidRPr="00B23AF5" w14:paraId="59D87710" w14:textId="77777777" w:rsidTr="00C94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810E4" w14:textId="77777777" w:rsidR="00224424" w:rsidRPr="00B23AF5" w:rsidRDefault="00224424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Health Service Fee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C395" w14:textId="77777777" w:rsidR="00224424" w:rsidRPr="00B23AF5" w:rsidRDefault="00224424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172.00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1348" w14:textId="77777777" w:rsidR="00224424" w:rsidRPr="00B23AF5" w:rsidRDefault="00224424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14.30</w:t>
            </w:r>
          </w:p>
        </w:tc>
      </w:tr>
      <w:tr w:rsidR="00224424" w:rsidRPr="00B23AF5" w14:paraId="7E4A99BA" w14:textId="77777777" w:rsidTr="004B336C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C8CB5" w14:textId="77777777" w:rsidR="00224424" w:rsidRPr="00B23AF5" w:rsidRDefault="00224424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Student Activity Fee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EB2C" w14:textId="77777777" w:rsidR="00224424" w:rsidRPr="00B23AF5" w:rsidRDefault="00224424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$100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D4A5" w14:textId="77777777" w:rsidR="00224424" w:rsidRPr="00B23AF5" w:rsidRDefault="00224424" w:rsidP="00D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$8.00</w:t>
            </w:r>
          </w:p>
        </w:tc>
      </w:tr>
      <w:tr w:rsidR="00224424" w:rsidRPr="00B23AF5" w14:paraId="07A19094" w14:textId="77777777" w:rsidTr="00C94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861F8" w14:textId="77777777" w:rsidR="00224424" w:rsidRPr="00B23AF5" w:rsidRDefault="00224424" w:rsidP="00C94339">
            <w:pPr>
              <w:rPr>
                <w:rFonts w:asciiTheme="majorHAnsi" w:hAnsiTheme="majorHAnsi" w:cstheme="majorHAnsi"/>
                <w:color w:val="4C6C62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color w:val="4C6C62"/>
                <w:sz w:val="24"/>
                <w:szCs w:val="24"/>
              </w:rPr>
              <w:t>Transcript Fee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220F" w14:textId="77777777" w:rsidR="00224424" w:rsidRPr="00B23AF5" w:rsidRDefault="00224424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$10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97C7" w14:textId="77777777" w:rsidR="00224424" w:rsidRPr="00B23AF5" w:rsidRDefault="00224424" w:rsidP="00D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23AF5"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</w:tr>
    </w:tbl>
    <w:p w14:paraId="5C3424BA" w14:textId="77777777" w:rsidR="00224424" w:rsidRDefault="00224424" w:rsidP="00224424">
      <w:pPr>
        <w:rPr>
          <w:rFonts w:asciiTheme="majorHAnsi" w:hAnsiTheme="majorHAnsi" w:cstheme="majorHAnsi"/>
          <w:b/>
          <w:bCs/>
          <w:color w:val="4C6C62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4C6C62"/>
          <w:sz w:val="28"/>
          <w:szCs w:val="28"/>
        </w:rPr>
        <w:t>*</w:t>
      </w:r>
      <w:r w:rsidRPr="008E5AE1">
        <w:rPr>
          <w:rFonts w:asciiTheme="majorHAnsi" w:hAnsiTheme="majorHAnsi" w:cstheme="majorHAnsi"/>
          <w:b/>
          <w:bCs/>
          <w:color w:val="4C6C62"/>
          <w:sz w:val="24"/>
          <w:szCs w:val="24"/>
        </w:rPr>
        <w:t>Transcript Fee is charged per semester, not per credit</w:t>
      </w:r>
    </w:p>
    <w:p w14:paraId="467CE8D0" w14:textId="30AE61A6" w:rsidR="00224424" w:rsidRPr="00224424" w:rsidRDefault="00224424" w:rsidP="00224424">
      <w:pPr>
        <w:tabs>
          <w:tab w:val="left" w:pos="1770"/>
        </w:tabs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224424">
        <w:rPr>
          <w:rFonts w:asciiTheme="majorHAnsi" w:hAnsiTheme="majorHAnsi" w:cstheme="majorHAnsi"/>
          <w:b/>
          <w:bCs/>
          <w:color w:val="4C6C62"/>
          <w:sz w:val="24"/>
          <w:szCs w:val="24"/>
        </w:rPr>
        <w:t>Please be advised that the amounts referenced apply exclusively to out-of-state students enrolled in the following online program:</w:t>
      </w:r>
    </w:p>
    <w:p w14:paraId="40FC4FF3" w14:textId="77777777" w:rsidR="00224424" w:rsidRPr="00224424" w:rsidRDefault="00224424" w:rsidP="00224424">
      <w:pPr>
        <w:tabs>
          <w:tab w:val="left" w:pos="1770"/>
        </w:tabs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224424">
        <w:rPr>
          <w:rFonts w:ascii="Segoe UI Emoji" w:hAnsi="Segoe UI Emoji" w:cs="Segoe UI Emoji"/>
          <w:b/>
          <w:bCs/>
          <w:color w:val="4C6C62"/>
          <w:sz w:val="24"/>
          <w:szCs w:val="24"/>
        </w:rPr>
        <w:t>🎓</w:t>
      </w:r>
      <w:r w:rsidRPr="00224424">
        <w:rPr>
          <w:rFonts w:asciiTheme="majorHAnsi" w:hAnsiTheme="majorHAnsi" w:cstheme="majorHAnsi"/>
          <w:b/>
          <w:bCs/>
          <w:color w:val="4C6C62"/>
          <w:sz w:val="24"/>
          <w:szCs w:val="24"/>
        </w:rPr>
        <w:t xml:space="preserve"> Graduate Program</w:t>
      </w:r>
    </w:p>
    <w:p w14:paraId="2A93F5B2" w14:textId="77777777" w:rsidR="00224424" w:rsidRPr="00224424" w:rsidRDefault="00224424" w:rsidP="00224424">
      <w:pPr>
        <w:numPr>
          <w:ilvl w:val="1"/>
          <w:numId w:val="14"/>
        </w:numPr>
        <w:tabs>
          <w:tab w:val="left" w:pos="1770"/>
        </w:tabs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224424">
        <w:rPr>
          <w:rFonts w:asciiTheme="majorHAnsi" w:hAnsiTheme="majorHAnsi" w:cstheme="majorHAnsi"/>
          <w:b/>
          <w:bCs/>
          <w:color w:val="4C6C62"/>
          <w:sz w:val="24"/>
          <w:szCs w:val="24"/>
        </w:rPr>
        <w:t xml:space="preserve">M.S. in Nursing Administration </w:t>
      </w:r>
    </w:p>
    <w:p w14:paraId="09456E08" w14:textId="77777777" w:rsidR="00224424" w:rsidRPr="00224424" w:rsidRDefault="00224424" w:rsidP="00224424">
      <w:pPr>
        <w:tabs>
          <w:tab w:val="left" w:pos="1770"/>
        </w:tabs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  <w:r w:rsidRPr="00224424">
        <w:rPr>
          <w:rFonts w:asciiTheme="majorHAnsi" w:hAnsiTheme="majorHAnsi" w:cstheme="majorHAnsi"/>
          <w:b/>
          <w:bCs/>
          <w:color w:val="4C6C62"/>
          <w:sz w:val="24"/>
          <w:szCs w:val="24"/>
        </w:rPr>
        <w:t xml:space="preserve">If your program is not listed above, these rates do not apply. </w:t>
      </w:r>
    </w:p>
    <w:p w14:paraId="479ADD81" w14:textId="77777777" w:rsidR="00224424" w:rsidRDefault="00224424" w:rsidP="00224424">
      <w:pPr>
        <w:tabs>
          <w:tab w:val="left" w:pos="1770"/>
        </w:tabs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</w:p>
    <w:p w14:paraId="1B308B56" w14:textId="77777777" w:rsidR="00224424" w:rsidRDefault="00224424" w:rsidP="00224424">
      <w:pPr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</w:p>
    <w:p w14:paraId="305E242E" w14:textId="77777777" w:rsidR="00224424" w:rsidRDefault="00224424" w:rsidP="00224424">
      <w:pPr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</w:p>
    <w:p w14:paraId="269ECC8F" w14:textId="77777777" w:rsidR="00224424" w:rsidRDefault="00224424" w:rsidP="00224424">
      <w:pPr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</w:p>
    <w:p w14:paraId="351A473E" w14:textId="77777777" w:rsidR="00224424" w:rsidRDefault="00224424" w:rsidP="00224424">
      <w:pPr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</w:p>
    <w:p w14:paraId="4C2BDF54" w14:textId="77777777" w:rsidR="00224424" w:rsidRDefault="00224424" w:rsidP="00224424">
      <w:pPr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</w:p>
    <w:p w14:paraId="4A237022" w14:textId="77777777" w:rsidR="00224424" w:rsidRDefault="00224424" w:rsidP="00224424">
      <w:pPr>
        <w:rPr>
          <w:rFonts w:asciiTheme="majorHAnsi" w:hAnsiTheme="majorHAnsi" w:cstheme="majorHAnsi"/>
          <w:b/>
          <w:bCs/>
          <w:color w:val="4C6C62"/>
          <w:sz w:val="24"/>
          <w:szCs w:val="24"/>
        </w:rPr>
      </w:pPr>
    </w:p>
    <w:sectPr w:rsidR="00224424" w:rsidSect="005542C4">
      <w:footerReference w:type="default" r:id="rId8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3C69F" w14:textId="77777777" w:rsidR="00F41F3D" w:rsidRDefault="00F41F3D" w:rsidP="00F41F3D">
      <w:pPr>
        <w:spacing w:after="0" w:line="240" w:lineRule="auto"/>
      </w:pPr>
      <w:r>
        <w:separator/>
      </w:r>
    </w:p>
  </w:endnote>
  <w:endnote w:type="continuationSeparator" w:id="0">
    <w:p w14:paraId="4E575336" w14:textId="77777777" w:rsidR="00F41F3D" w:rsidRDefault="00F41F3D" w:rsidP="00F41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6FAF7" w14:textId="06DF2992" w:rsidR="005542C4" w:rsidRPr="00293BF1" w:rsidRDefault="005542C4" w:rsidP="005542C4">
    <w:pPr>
      <w:rPr>
        <w:rFonts w:asciiTheme="majorHAnsi" w:hAnsiTheme="majorHAnsi" w:cstheme="majorHAnsi"/>
        <w:b/>
        <w:bCs/>
        <w:color w:val="4C6C62"/>
        <w:sz w:val="24"/>
        <w:szCs w:val="24"/>
      </w:rPr>
    </w:pPr>
    <w:r w:rsidRPr="00293BF1">
      <w:rPr>
        <w:rFonts w:asciiTheme="majorHAnsi" w:hAnsiTheme="majorHAnsi" w:cstheme="majorHAnsi"/>
        <w:color w:val="212529"/>
        <w:sz w:val="20"/>
        <w:szCs w:val="20"/>
        <w:shd w:val="clear" w:color="auto" w:fill="FFFFFF"/>
      </w:rPr>
      <w:t>Please note:  Rates are subject to change without notice by action of Farmingdale State College of New York and/or the SUNY Board of Trustees.</w:t>
    </w:r>
  </w:p>
  <w:p w14:paraId="73468B81" w14:textId="2C3BA2BE" w:rsidR="005542C4" w:rsidRDefault="005542C4">
    <w:pPr>
      <w:pStyle w:val="Footer"/>
    </w:pPr>
  </w:p>
  <w:p w14:paraId="7B1D1C38" w14:textId="77777777" w:rsidR="005542C4" w:rsidRDefault="005542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E9F9F" w14:textId="77777777" w:rsidR="00F41F3D" w:rsidRDefault="00F41F3D" w:rsidP="00F41F3D">
      <w:pPr>
        <w:spacing w:after="0" w:line="240" w:lineRule="auto"/>
      </w:pPr>
      <w:r>
        <w:separator/>
      </w:r>
    </w:p>
  </w:footnote>
  <w:footnote w:type="continuationSeparator" w:id="0">
    <w:p w14:paraId="28AFB7B3" w14:textId="77777777" w:rsidR="00F41F3D" w:rsidRDefault="00F41F3D" w:rsidP="00F41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837C81"/>
    <w:multiLevelType w:val="hybridMultilevel"/>
    <w:tmpl w:val="857A3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03CCE"/>
    <w:multiLevelType w:val="hybridMultilevel"/>
    <w:tmpl w:val="300A7646"/>
    <w:lvl w:ilvl="0" w:tplc="A6EA0E0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E291C"/>
    <w:multiLevelType w:val="hybridMultilevel"/>
    <w:tmpl w:val="92DC6B04"/>
    <w:lvl w:ilvl="0" w:tplc="F7A04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1C53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DCF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26C7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DCFE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F45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702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0CA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FE28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BCC4370"/>
    <w:multiLevelType w:val="hybridMultilevel"/>
    <w:tmpl w:val="962827BE"/>
    <w:lvl w:ilvl="0" w:tplc="4404B5E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C0D89"/>
    <w:multiLevelType w:val="hybridMultilevel"/>
    <w:tmpl w:val="E77AD0E8"/>
    <w:lvl w:ilvl="0" w:tplc="11D447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005B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28F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AAA2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6C8C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F063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A88F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70A7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86B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2"/>
  </w:num>
  <w:num w:numId="12">
    <w:abstractNumId w:val="9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447"/>
    <w:rsid w:val="0006063C"/>
    <w:rsid w:val="000B69DC"/>
    <w:rsid w:val="0015074B"/>
    <w:rsid w:val="00224424"/>
    <w:rsid w:val="00293BF1"/>
    <w:rsid w:val="0029639D"/>
    <w:rsid w:val="00326F90"/>
    <w:rsid w:val="00331BA8"/>
    <w:rsid w:val="003F55D7"/>
    <w:rsid w:val="004603D3"/>
    <w:rsid w:val="004B336C"/>
    <w:rsid w:val="005542C4"/>
    <w:rsid w:val="005E0A62"/>
    <w:rsid w:val="005E5A64"/>
    <w:rsid w:val="006404DC"/>
    <w:rsid w:val="00684F12"/>
    <w:rsid w:val="006C2152"/>
    <w:rsid w:val="006F4C05"/>
    <w:rsid w:val="007B7BC5"/>
    <w:rsid w:val="00806D77"/>
    <w:rsid w:val="008728C1"/>
    <w:rsid w:val="008E5AE1"/>
    <w:rsid w:val="009429D9"/>
    <w:rsid w:val="00994A02"/>
    <w:rsid w:val="00A21218"/>
    <w:rsid w:val="00AA1D8D"/>
    <w:rsid w:val="00B23AF5"/>
    <w:rsid w:val="00B47730"/>
    <w:rsid w:val="00B92A32"/>
    <w:rsid w:val="00BF638D"/>
    <w:rsid w:val="00C11156"/>
    <w:rsid w:val="00CB0664"/>
    <w:rsid w:val="00CB0C3D"/>
    <w:rsid w:val="00D31B1B"/>
    <w:rsid w:val="00D35CDF"/>
    <w:rsid w:val="00D447DE"/>
    <w:rsid w:val="00E35F5C"/>
    <w:rsid w:val="00F41F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4ED982"/>
  <w14:defaultImageDpi w14:val="330"/>
  <w15:docId w15:val="{4DCABD51-46F0-445E-9600-3EE491F2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3">
    <w:name w:val="Plain Table 3"/>
    <w:basedOn w:val="TableNormal"/>
    <w:uiPriority w:val="99"/>
    <w:rsid w:val="00B23A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224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8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64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0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897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10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8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90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 Tuition and Fees</dc:title>
  <dc:subject/>
  <dc:creator>python-docx</dc:creator>
  <cp:keywords/>
  <dc:description>generated by python-docx</dc:description>
  <cp:lastModifiedBy>Rosanna E Falcher</cp:lastModifiedBy>
  <cp:revision>6</cp:revision>
  <cp:lastPrinted>2026-03-30T19:35:00Z</cp:lastPrinted>
  <dcterms:created xsi:type="dcterms:W3CDTF">2026-08-03T21:18:00Z</dcterms:created>
  <dcterms:modified xsi:type="dcterms:W3CDTF">2026-08-03T22:04:00Z</dcterms:modified>
  <cp:category/>
</cp:coreProperties>
</file>